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47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"Кизилюртовский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345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"Шушановская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7"/>
        <w:gridCol w:w="3427"/>
        <w:gridCol w:w="3427"/>
      </w:tblGrid>
      <w:tr>
        <w:trPr>
          <w:trHeight w:hRule="exact" w:val="274"/>
        </w:trPr>
        <w:tc>
          <w:tcPr>
            <w:tcW w:type="dxa" w:w="32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2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39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00"/>
        </w:trPr>
        <w:tc>
          <w:tcPr>
            <w:tcW w:type="dxa" w:w="32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Методическим объединением</w:t>
            </w:r>
          </w:p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2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33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39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  <w:tr>
        <w:trPr>
          <w:trHeight w:hRule="exact" w:val="400"/>
        </w:trPr>
        <w:tc>
          <w:tcPr>
            <w:tcW w:type="dxa" w:w="32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учителей</w:t>
            </w:r>
          </w:p>
        </w:tc>
        <w:tc>
          <w:tcPr>
            <w:tcW w:type="dxa" w:w="342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2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______________Султанова З.Х.</w:t>
            </w:r>
          </w:p>
        </w:tc>
        <w:tc>
          <w:tcPr>
            <w:tcW w:type="dxa" w:w="338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39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______________Джамавов Д.Н.</w:t>
            </w:r>
          </w:p>
        </w:tc>
      </w:tr>
      <w:tr>
        <w:trPr>
          <w:trHeight w:hRule="exact" w:val="116"/>
        </w:trPr>
        <w:tc>
          <w:tcPr>
            <w:tcW w:type="dxa" w:w="3222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2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______________Амирханова И.Д.</w:t>
            </w:r>
          </w:p>
        </w:tc>
        <w:tc>
          <w:tcPr>
            <w:tcW w:type="dxa" w:w="3427"/>
            <w:vMerge/>
            <w:tcBorders/>
          </w:tcPr>
          <w:p/>
        </w:tc>
        <w:tc>
          <w:tcPr>
            <w:tcW w:type="dxa" w:w="3427"/>
            <w:vMerge/>
            <w:tcBorders/>
          </w:tcPr>
          <w:p/>
        </w:tc>
      </w:tr>
      <w:tr>
        <w:trPr>
          <w:trHeight w:hRule="exact" w:val="304"/>
        </w:trPr>
        <w:tc>
          <w:tcPr>
            <w:tcW w:type="dxa" w:w="3427"/>
            <w:vMerge/>
            <w:tcBorders/>
          </w:tcPr>
          <w:p/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2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3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39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№1</w:t>
            </w:r>
          </w:p>
        </w:tc>
      </w:tr>
      <w:tr>
        <w:trPr>
          <w:trHeight w:hRule="exact" w:val="300"/>
        </w:trPr>
        <w:tc>
          <w:tcPr>
            <w:tcW w:type="dxa" w:w="32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42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4" w:after="0"/>
              <w:ind w:left="2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август  2022 г.</w:t>
            </w:r>
          </w:p>
        </w:tc>
        <w:tc>
          <w:tcPr>
            <w:tcW w:type="dxa" w:w="338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4" w:after="0"/>
              <w:ind w:left="39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август2022 г.</w:t>
            </w:r>
          </w:p>
        </w:tc>
      </w:tr>
      <w:tr>
        <w:trPr>
          <w:trHeight w:hRule="exact" w:val="384"/>
        </w:trPr>
        <w:tc>
          <w:tcPr>
            <w:tcW w:type="dxa" w:w="32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август2022 г.</w:t>
            </w:r>
          </w:p>
        </w:tc>
        <w:tc>
          <w:tcPr>
            <w:tcW w:type="dxa" w:w="3427"/>
            <w:vMerge/>
            <w:tcBorders/>
          </w:tcPr>
          <w:p/>
        </w:tc>
        <w:tc>
          <w:tcPr>
            <w:tcW w:type="dxa" w:w="3427"/>
            <w:vMerge/>
            <w:tcBorders/>
          </w:tcPr>
          <w:p/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0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2972220)</w:t>
      </w:r>
    </w:p>
    <w:p>
      <w:pPr>
        <w:autoSpaceDN w:val="0"/>
        <w:autoSpaceDE w:val="0"/>
        <w:widowControl/>
        <w:spacing w:line="230" w:lineRule="auto" w:before="166" w:after="0"/>
        <w:ind w:left="0" w:right="40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44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«Изобразительное искусство»</w:t>
      </w:r>
    </w:p>
    <w:p>
      <w:pPr>
        <w:autoSpaceDN w:val="0"/>
        <w:autoSpaceDE w:val="0"/>
        <w:widowControl/>
        <w:spacing w:line="230" w:lineRule="auto" w:before="670" w:after="0"/>
        <w:ind w:left="0" w:right="26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Магомедова Пирдаус Алиевна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sectPr>
          <w:pgSz w:w="11900" w:h="16840"/>
          <w:pgMar w:top="298" w:right="880" w:bottom="1440" w:left="738" w:header="720" w:footer="720" w:gutter="0"/>
          <w:cols w:space="720" w:num="1" w:equalWidth="0"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94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2022 2023</w:t>
      </w:r>
    </w:p>
    <w:p>
      <w:pPr>
        <w:sectPr>
          <w:pgSz w:w="11900" w:h="16840"/>
          <w:pgMar w:top="298" w:right="1440" w:bottom="1440" w:left="1440" w:header="720" w:footer="720" w:gutter="0"/>
          <w:cols w:space="720" w:num="1" w:equalWidth="0"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изобразительному искусству для обучающихся 1 класса на уровне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составлена на основе «Требований к результатам освоения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программы», представленных в Федеральном государственном образовательном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стандарте начального общего образования.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программы распределено по модулям с учётом проверяемых требований к результатам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учебного предмета, выносимым на промежуточную аттестацию.</w:t>
      </w:r>
    </w:p>
    <w:p>
      <w:pPr>
        <w:autoSpaceDN w:val="0"/>
        <w:autoSpaceDE w:val="0"/>
        <w:widowControl/>
        <w:spacing w:line="278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Цель преподавания предмета «Изобразительное искусство» состоит в формировании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культуры учащихся, развитии художественно-образного мышления и эстетического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отношения к явлениям действительности путём освоения начальных основ художественных знаний,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умений, навыков и развития творческого потенциала учащихся.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Преподавание предмета направлено на развитие духовной культуры учащихся,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активной эстетической позиции по отношению к действительности и произведениям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 роли и значения художественной деятельности в жизни людей.</w:t>
      </w:r>
    </w:p>
    <w:p>
      <w:pPr>
        <w:autoSpaceDN w:val="0"/>
        <w:autoSpaceDE w:val="0"/>
        <w:widowControl/>
        <w:spacing w:line="28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охватывает все основные вида визуально-пространственных искусств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(собственно изобразительных): начальные основы графики, живописи и скульптуры, декоративно-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прикладные и народные виды искусства, архитектуру и дизайн. Особое внимание уделено развитию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эстетического восприятия природы, восприятию произведений искусства и формированию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зрительских навыков, художественному восприятию предметно-бытовой культуры. Для учащихся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школы большое значение также имеет восприятие произведений детского творчества,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обсуждать и анализировать детские рисунки с позиций выраженного в них содержания,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средств выразительности, соответствия учебной задачи, поставленной учителем.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Такая рефлексия детского творчества имеет позитивный обучающий характер.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Важнейшей задачей является формирование активного, ценностного отношения к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культуры, выраженной в её архитектуре, изобразительном искусстве, в национальных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образах предметно-материальной и пространственной среды, в понимании красоты человека.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Учебные темы, связанные с восприятием, могут быть реализованы как отдельные уроки, но чаще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всего следует объединять задачи восприятия с задачами практической творческой работы (при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сохранении учебного времени на восприятие произведений искусства и эстетического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окружающей действительности).</w:t>
      </w:r>
    </w:p>
    <w:p>
      <w:pPr>
        <w:autoSpaceDN w:val="0"/>
        <w:autoSpaceDE w:val="0"/>
        <w:widowControl/>
        <w:spacing w:line="28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занятиях учащиеся знакомятся с многообразием видов художественной деятельности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технически доступным разнообразием художественных материалов. Практическая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художественно-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творческая деятельность занимает приоритетное пространство учебного времени. При опоре на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восприятие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искусства художественно-эстетическое отношение к миру формируется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прежде всего в собственной художественной деятельности, в процессе практического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художественно-творческих задач.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учитывает психолого-возрастные особенности развития детей 7—8 лет,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этом содержание занятий может быть адаптировано с учётом индивидуальных качеств обучающихся,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для детей, проявляющих выдающиеся способности, так и для детей-инвалидов и детей с ОВЗ.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урочное время деятельность обучающихся организуется как в индивидуальном, так и в групповом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формате с задачей формирования навыков сотрудничества в художественной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«ИЗОБРАЗИТЕЛЬНОЕ ИСКУССТВО» В УЧЕБНОМ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ПЛАНЕ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образования учебный предмет «Изобразительное искусство» входит в предметную область</w:t>
      </w:r>
    </w:p>
    <w:p>
      <w:pPr>
        <w:sectPr>
          <w:pgSz w:w="11900" w:h="16840"/>
          <w:pgMar w:top="298" w:right="648" w:bottom="338" w:left="666" w:header="720" w:footer="720" w:gutter="0"/>
          <w:cols w:space="720" w:num="1" w:equalWidth="0"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«Искусство» и является обязательным для изучения. Содержание предмета «Изобразительное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искусство» структурировано как система тематических модулей и входит в учебный план 1—4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классов программы начального общего образования в объёме 1 ч одного учебного часа в неделю.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Изучение содержания всех модулей в 1 классе обязательно.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этом предусматривается возможность реализации этого курса при выделении на его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двух учебных часов в неделю за счёт вариативной части учебного плана, определяемой участниками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образовательного процесса. При этом предполагается не увеличение количества тем для изучения,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увеличение времени на практическую художественную деятельность. Это способствует качеству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и достижению более высокого уровня как предметных, так и личностных и метапредметных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результатов обучения.</w:t>
      </w:r>
    </w:p>
    <w:p>
      <w:pPr>
        <w:autoSpaceDN w:val="0"/>
        <w:autoSpaceDE w:val="0"/>
        <w:widowControl/>
        <w:spacing w:line="230" w:lineRule="auto" w:before="19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изучение изобразительного искусства в 1 классе отводится 1 час в неделю, всего 33 часа.</w:t>
      </w:r>
    </w:p>
    <w:p>
      <w:pPr>
        <w:sectPr>
          <w:pgSz w:w="11900" w:h="16840"/>
          <w:pgMar w:top="286" w:right="682" w:bottom="1440" w:left="666" w:header="720" w:footer="720" w:gutter="0"/>
          <w:cols w:space="720" w:num="1" w:equalWidth="0"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«Графика»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Расположение изображения на листе. Выбор вертикального или горизонтального формата листа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зависимости от содержания изображения.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Разные виды линий. Линейный рисунок. Графические материалы для линейного рисунка 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особенности. Приёмы рисования линией.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Рисование с натуры: разные листья и их форма.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пропорциях: короткое — длинное. Развитие навыка видения соотношения частей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целого (на основе рисунков животных).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Графическое пятно (ахроматическое) и представление о силуэте. Формирование навыка видения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целостности. Цельная форма и её части.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«Живопись»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Цвет как одно из главных средств выражения в изобразительном искусстве. Навыки работы гуашью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условиях урока. Краски «гуашь», кисти, бумага цветная и белая.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Три основных цвета. Ассоциативные представления, связанные с каждым цветом. Навыки смешения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красок и получение нового цвета.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Эмоциональная выразительность цвета, способы выражение настроения в изображаемом сюжете.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Живописное изображение разных цветков по представлению и восприятию. Развитие навыков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работы гуашью. Эмоциональная выразительность цвета.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Тематическая композиция «Времена года». Контрастные цветовые состояния времён года.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Живопись (гуашь), аппликация или смешанная техника.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Техника монотипии. Представления о симметрии. Развитие воображения.</w:t>
      </w:r>
    </w:p>
    <w:p>
      <w:pPr>
        <w:autoSpaceDN w:val="0"/>
        <w:autoSpaceDE w:val="0"/>
        <w:widowControl/>
        <w:spacing w:line="262" w:lineRule="auto" w:before="190" w:after="0"/>
        <w:ind w:left="180" w:right="201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«Скульптура»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Изображение в объёме. Приёмы работы с пластилином; дощечка, стек, тряпочка.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Лепка зверушек из цельной формы (черепашки, ёжика, зайчика, птички и др.). Приёмы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вытягивания, вдавливания, сгибания, скручивания.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Лепка игрушки, характерной для одного из наиболее известных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 (дымковская или каргопольская игрушка или по выбору учителя с учётом местных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промыслов).</w:t>
      </w:r>
    </w:p>
    <w:p>
      <w:pPr>
        <w:autoSpaceDN w:val="0"/>
        <w:autoSpaceDE w:val="0"/>
        <w:widowControl/>
        <w:spacing w:line="262" w:lineRule="auto" w:before="72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Бумажная пластика. Овладение первичными приёмами над- резания, закручивания, складывания.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Объёмная аппликация из бумаги и картона.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«Декоративно-прикладное искусство»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Узоры в природе. Наблюдение узоров в живой природе (в условиях урока на основе фотографий).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Эмоционально-эстетическое восприятие объектов действительности. Ассоциативное сопоставление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орнаментами в предметах декоративно-прикладного искусства.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Узоры и орнаменты, создаваемые людьми, и разнообразие их видов. Орнаменты геометрические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растительные. Декоративная композиция в круге или в полосе.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 симметрии и наблюдение её в природе. Последовательное ведение работы над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изображением бабочки по представлению, использование линии симметрии при составлении узора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крыльев.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Орнамент, характерный для игрушек одного из наиболее известных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промыслов: дымковская или каргопольская игрушка (или по выбору учителя с учётом местных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Дизайн предмета: изготовление нарядной упаковки путём складывания бумаги и аппликации.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Оригами — создание игрушки для новогодней ёлки. Приёмы складывания бумаги.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«Архитектура»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Наблюдение разнообразных архитектурных зданий в окружающем мире (по фотографиям),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обсуждение особенностей и составных частей зданий.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приёмов конструирования из бумаги. Складывание объёмных простых геометрических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тел. Овладение приёмами склеивания, надрезания и вырезания деталей; использование приёма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симметрии.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Макетирование (или аппликация) пространственной среды сказочного города из бумаги, картона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или пластилина.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«Восприятие произведений искусства»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произведений детского творчества. Обсуждение сюжетного и эмоционального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 детских работ.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Художественное наблюдение окружающего мира природы и предметной среды жизни человека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зависимости от поставленной аналитической и эстетической задачи наблюдения (установки).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Рассматривание иллюстраций детской книги на основе содержательных установок учителя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изучаемой темой.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Знакомство с картиной, в которой ярко выражено эмоциональное состояние, или с картиной,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написанной на сказочный сюжет (произведения В. М. Васнецова, М. А. Врубеля и другие по выбору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учителя).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Художник и зритель. Освоение зрительских умений на основе получаемых знаний и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практических задач — установок наблюдения. Ассоциации из личного опыта учащихся и оценка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эмоционального содержания произведений.</w:t>
      </w:r>
    </w:p>
    <w:p>
      <w:pPr>
        <w:autoSpaceDN w:val="0"/>
        <w:autoSpaceDE w:val="0"/>
        <w:widowControl/>
        <w:spacing w:line="271" w:lineRule="auto" w:before="190" w:after="0"/>
        <w:ind w:left="18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«Азбука цифровой графики»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Фотографирование мелких деталей природы, выражение ярких зрительных впечатлений.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Обсуждение в условиях урока ученических фотографий, соответствующих изучаемой теме.</w:t>
      </w:r>
    </w:p>
    <w:p>
      <w:pPr>
        <w:sectPr>
          <w:pgSz w:w="11900" w:h="16840"/>
          <w:pgMar w:top="298" w:right="870" w:bottom="1440" w:left="666" w:header="720" w:footer="720" w:gutter="0"/>
          <w:cols w:space="720" w:num="1" w:equalWidth="0"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71" w:lineRule="auto" w:before="166" w:after="0"/>
        <w:ind w:left="0" w:right="115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центре программы по изобразительному искусству в соответствии с ФГОС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находится личностное развитие обучающихся, приобщение их к российским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традиционным духовным ценностям, а также социализация личности.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призвана обеспечить достижение обучающимися личностных результатов: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уважения и ценностного отношения к своей Родине —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ценностно-смысловые ориентации и установки, отражающие индивидуально-личностные позиции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 значимые личностные качества;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духовно-нравственное развитие обучающихся;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мотивацию к познанию и обучению, готовность к саморазвитию и активному участию в социально-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значимой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позитивный опыт участия в творческой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произведениям искусства и литературы, построенным на принципах нравственности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гуманизма, уважительного отношения и интереса к культурным традициям и творчеству своего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 народов.</w:t>
      </w:r>
    </w:p>
    <w:p>
      <w:pPr>
        <w:autoSpaceDN w:val="0"/>
        <w:autoSpaceDE w:val="0"/>
        <w:widowControl/>
        <w:spacing w:line="281" w:lineRule="auto" w:before="19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Патриотическое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осуществляется через освоение школьниками содержания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культуры, выраженной в её архитектуре, народном, декоративно-прикладном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изобразительном искусстве. Урок искусства воспитывает патриотизм не в декларативной форме, 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восприятия и освоения в личной художественной деятельности конкретных знаний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красоте и мудрости, заложенных в культурных традициях.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Гражданское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формируется через развитие чувства личной причастности к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 и созидающих качеств личности, приобщение обучающихся к ценностям отечественной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мировой культуры. Учебный предмет способствует пониманию особенностей жизни разных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красоты национальных эстетических идеалов. Коллективные творческие работы создают условия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разных форм художественно-творческой деятельности, способствуют пониманию другого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человека, становлению чувства личной ответственности.</w:t>
      </w:r>
    </w:p>
    <w:p>
      <w:pPr>
        <w:autoSpaceDN w:val="0"/>
        <w:autoSpaceDE w:val="0"/>
        <w:widowControl/>
        <w:spacing w:line="283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Духовно-нравственное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воспитание является стержнем художественного развития обучающегося,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приобщения его к искусству как сфере, концентрирующей в себе духовно-нравственного поиск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человечества. Учебные задания направлены на развитие внутреннего мира обучающегося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его эмоционально-образной, чувственной сферы. Занятия искусством помогают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школьнику обрести социально значимые знания. Развитие творческих способностей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росту самосознания, осознания себя как личности и члена общества.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Эстетическое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важнейший компонент и условие развития социально значимых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отношений обучающихся, формирования представлений о прекрасном и безобразном, о высоком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низком. Эстетическое воспитание способствует формированию ценностных ориентаций школьников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отношении к окружающим людям, в стремлении к их пониманию, а также в отношении к семье,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природе, труду, искусству, культурному наследию.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Ценности познавательной деятельности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воспитываются как эмоционально окрашенный интерес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 людей и природы. Происходит это в процессе развития навыков восприятия и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рефлексии своих наблюдений в художественно-творческой деятельности. Навыки исследовательской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развиваются при выполнении заданий культурно-исторической направленности.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Экологическое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происходит в процессе художественно-эстетического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 и её образа в произведениях искусства. Формирование эстетических чувств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активному неприятию действий, приносящих вред окружающей среде.</w:t>
      </w:r>
    </w:p>
    <w:p>
      <w:pPr>
        <w:sectPr>
          <w:pgSz w:w="11900" w:h="16840"/>
          <w:pgMar w:top="298" w:right="650" w:bottom="350" w:left="666" w:header="720" w:footer="720" w:gutter="0"/>
          <w:cols w:space="720" w:num="1" w:equalWidth="0"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Трудовое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осуществляется в процессе личной художественно-творческой работы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освоению художественных материалов и удовлетворения от создания реального, практического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продукта. Воспитываются стремление достичь результат, упорство, творческая инициатива,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эстетики трудовой деятельности. Важны также умения сотрудничать с одноклассниками,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работать в команде, выполнять коллективную работу — обязательные требования к определённым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заданиям по программе.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1.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Пространственные представления и сенсорные способности: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форму предмета,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доминантные черты (характерные особенности) в визуальном образе;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плоскостные и пространственные объекты по заданным основаниям;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ассоциативные связи между визуальными образами разных форм и предметов;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части и целое в видимом образе, предмете,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пропорциональные отношения частей внутри целого и предметов между собой;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форму составной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ритмические отношения в пространстве и в изображении (визуальном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образе) на установленных основаниях;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абстрагировать образ реальности при построении плоской композиции;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тональные отношения (тёмное — светлое) в пространственных и плоскостных объектах;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эмоциональное воздействие цветовых отношений в пространственной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среде и плоскостном изображении.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логические и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исследовательские, экспериментальные действия в процессе освоения выразительных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 различных художественных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творческие экспериментальные действия в процессе самостоятельного выполнения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заданий;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исследовательские и аналитические действия на основе определённых учебных установок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восприятия произведений изобразительного искусства, архитектуры и продуктов детского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творчества;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наблюдения для получения информации об особенностях объектов и состояния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природы, предметного мира человека, городской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анализировать и оценивать с позиций эстетических категорий явления природы и предметно-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пространственную среду жизни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выводы, соответствующие эстетическим, аналитическим и другим учебным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установкам по результатам проведённого наблюдения;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знаково-символические средства для составления орнаментов и декоративных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композиций;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искусства по видам и, соответственно, по назначению в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изобразительного искусства по жанрам в качестве инструмента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анализа содержания произведений;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ставить и использовать вопросы как исследовательский инструмент познания.</w:t>
      </w:r>
    </w:p>
    <w:p>
      <w:pPr>
        <w:autoSpaceDN w:val="0"/>
        <w:autoSpaceDE w:val="0"/>
        <w:widowControl/>
        <w:spacing w:line="262" w:lineRule="auto" w:before="190" w:after="0"/>
        <w:ind w:left="180" w:right="4752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использовать электронные образовательные ресурсы;</w:t>
      </w:r>
    </w:p>
    <w:p>
      <w:pPr>
        <w:sectPr>
          <w:pgSz w:w="11900" w:h="16840"/>
          <w:pgMar w:top="298" w:right="658" w:bottom="332" w:left="666" w:header="720" w:footer="720" w:gutter="0"/>
          <w:cols w:space="720" w:num="1" w:equalWidth="0"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работать с электронными учебниками и учебными пособиями;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источник для получения информации: поисковые системы Интернета, цифровые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электронные средства, справочники, художественные альбомы и детские книги;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анализировать, интерпретировать, обобщать и систематизировать информацию, представленную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произведениях искусства, текстах, таблицах и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готовить информацию на заданную или выбранную тему и представлять её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видах: рисунках и эскизах, электронных презентациях;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виртуальные путешествия по архитектурным памятникам, в отечественные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художественные музеи и зарубежные художественные музеи (галереи) на основе установок и квестов,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предложенных учителем;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соблюдать правила информационной безопасности при работе в сети Интернет.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2.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Обучающиеся должны овладеть следующими действиями: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искусство в качестве особого языка общения — межличностного (автор — зритель),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поколениями, между народами;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диалог и участвовать в дискуссии, проявляя уважительное отношение к оппонентам,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участников общения, выявляя и корректно отстаивая свои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позиции в оценке и понимании обсуждаемого явления;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общее решение и разрешать конфликты на основе общих позиций и учёта интересов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совместной художественной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демонстрировать и объяснять результаты своего творческого, художественного или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исследовательского опыта;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произведения детского художественного творчества с позиций их содержания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соответствии с учебной задачей, поставленной учителем;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ошибку, развивать свои способности сопереживать,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намерения и переживания свои и других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взаимодействовать, сотрудничать в процессе коллективной работы, принимать цель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строить действия по её достижению, договариваться, выполнять поручения,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подчиняться, ответственно относиться к своей задаче по достижению общего результата.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3.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Обучающиеся должны овладеть следующими действиями: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внимательно относиться и выполнять учебные задачи, поставленные учителем;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последовательность учебных действий при выполнении задания;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организовывать своё рабочее место для практической работы, сохраняя порядок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окружающем пространстве и бережно относясь к используемым материалам;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свои действия с планируемыми результатами, осуществлять контроль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в процессе достижения результата.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сформулированы по годам обучения на основе модульного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в соответствии с Приложением № 8 к Федеральному государственному образовательному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стандарту начального общего образования, утверждённому приказом Министерства просвещения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Российской Федерации.</w:t>
      </w:r>
    </w:p>
    <w:p>
      <w:pPr>
        <w:autoSpaceDN w:val="0"/>
        <w:autoSpaceDE w:val="0"/>
        <w:widowControl/>
        <w:spacing w:line="262" w:lineRule="auto" w:before="190" w:after="0"/>
        <w:ind w:left="18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«Графика»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Осваивать навыки применения свойств простых графических материалов в самостоятельной</w:t>
      </w:r>
    </w:p>
    <w:p>
      <w:pPr>
        <w:sectPr>
          <w:pgSz w:w="11900" w:h="16840"/>
          <w:pgMar w:top="298" w:right="668" w:bottom="438" w:left="666" w:header="720" w:footer="720" w:gutter="0"/>
          <w:cols w:space="720" w:num="1" w:equalWidth="0"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творческой работе в условиях урока.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первичный опыт в создании графического рисунка на основе знакомства со средствами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изобразительного языка.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аналитического наблюдения формы предмета, опыт обобщения и геометризации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наблюдаемой формы как основы обучения рисунку.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опыт создания рисунка простого (плоского) предмета с натуры.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Учиться анализировать соотношения пропорций, визуально сравнивать пространственные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величины.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первичные знания и навыки композиционного расположения изображения на листе.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выбирать вертикальный или горизонтальный формат листа для выполнения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 рисунка.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учебную задачу, поставленную учителем, и решать её в своей практической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художественной деятельности.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обсуждать результаты своей практической работы и работы товарищей с позиций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соответствия их поставленной учебной задаче, с позиций выраженного в рисунке содержания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графических средств его выражения (в рамках программного материала).</w:t>
      </w:r>
    </w:p>
    <w:p>
      <w:pPr>
        <w:autoSpaceDN w:val="0"/>
        <w:autoSpaceDE w:val="0"/>
        <w:widowControl/>
        <w:spacing w:line="262" w:lineRule="auto" w:before="190" w:after="0"/>
        <w:ind w:left="180" w:right="38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«Живопись»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Осваивать навыки работы красками «гуашь» в условиях урока.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три основных цвета; обсуждать и называть ассоциативные представления, которые рождает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каждый цвет.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эмоциональное звучание цвета и уметь формулировать своё мнение с опорой на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жизненных ассоциаций.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экспериментирования, исследования результатов смешения красок и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нового цвета.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творческую работу на заданную тему с опорой на зрительные впечатления, организованные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педагогом.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«Скульптура»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аналитического наблюдения, поиска выразительных образных объёмных форм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 (облака, камни, коряги, формы плодов и др.).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первичные приёмы лепки из пластилина, приобретать представления о целостной форме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объёмном изображении.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Овладевать первичными навыками бумагопластики — создания объёмных форм из бумаги путём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складывания, надрезания, закручивания и др.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«Декоративно-прикладное искусство»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рассматривать и эстетически характеризовать различные примеры узоров в природе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условиях урока на основе фотографий); приводить примеры, сопоставлять и искать ассоциации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орнаментами в произведениях декоративно-прикладного искусства.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виды орнаментов по изобразительным мотивам: растительные, геометрические,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анималистические.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Учиться использовать правила симметрии в своей художественной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создания орнаментальной декоративной композиции (стилизованной: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декоративный цветок или птица).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знания о значении и назначении украшений в жизни людей.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представления о глиняных игрушках отечественных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 (дымковская, каргопольская игрушки или по выбору учителя с учётом местных</w:t>
      </w:r>
    </w:p>
    <w:p>
      <w:pPr>
        <w:sectPr>
          <w:pgSz w:w="11900" w:h="16840"/>
          <w:pgMar w:top="286" w:right="642" w:bottom="428" w:left="666" w:header="720" w:footer="720" w:gutter="0"/>
          <w:cols w:space="720" w:num="1" w:equalWidth="0"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промыслов) и опыт практической художественной деятельности по мотивам игрушки выбранного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Иметь опыт и соответствующие возрасту навыки подготовки и оформления общего праздника.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«Архитектура»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Рассматривать различные произведения архитектуры в окружающем мире (по фотографиям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условиях урока); анализировать и характеризовать особенности и составные части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зданий.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приёмы конструирования из бумаги, складывания объёмных простых геометрических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пространственного макетирования (сказочный город) в форме коллективной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игровой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представления о конструктивной основе любого предмета и первичные навыки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анализа его строения.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«Восприятие произведений искусства»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умения рассматривать, анализировать детские рисунки с позиций их содержания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сюжета, настроения, композиции (расположения на листе), цвета, а также соответствия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задаче, поставленной учителем.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эстетического наблюдения природы на основе эмоциональных впечатлений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учётом учебных задач и визуальной установки учителя.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художественного наблюдения предметной среды жизни человека в зависимости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 поставленной аналитической и эстетической задачи (установки).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опыт эстетического восприятия и аналитического наблюдения архитектурных построек.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опыт эстетического, эмоционального общения со станковой картиной, понимать значение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зрительских умений и специальных знаний; приобретать опыт восприятия картин со сказочным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сюжетом (В. М. Васнецова, М. А. Врубеля и других художников по выбору учителя),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с ярко выраженным эмоциональным настроением (например, натюрморты В. Ван Гога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или А. Матисса).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новый опыт восприятия художественных иллюстраций в детских книгах и отношения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ним в соответствии с учебной установкой.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«Азбука цифровой графики»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создания фотографий с целью эстетического и целенаправленного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обсуждения фотографий с точки зрения того, с какой целью сделан снимок,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насколько значимо его содержание и какова композиция в кадре.</w:t>
      </w:r>
    </w:p>
    <w:p>
      <w:pPr>
        <w:sectPr>
          <w:pgSz w:w="11900" w:h="16840"/>
          <w:pgMar w:top="286" w:right="648" w:bottom="1440" w:left="666" w:header="720" w:footer="720" w:gutter="0"/>
          <w:cols w:space="720" w:num="1" w:equalWidth="0"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470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2402"/>
            <w:vMerge w:val="restart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236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428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Электронные (цифровые) 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Восприятие произведений искусства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47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Восприятие детских рисунков. Навыки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восприятия произведений детского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творчества и формирование зрительских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умений.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02.09.2022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0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Наблюдать, рассматривать,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детские рисунки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позиций их содержания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сюжета, настроения;</w:t>
            </w:r>
          </w:p>
        </w:tc>
        <w:tc>
          <w:tcPr>
            <w:tcW w:type="dxa" w:w="1236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0" w:right="172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 «Изображения всюду вокруг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нас»https://youtu.be/NmtvYuVMXbI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Первые представления о композиции: на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уровне образного восприятия. Представление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 различных художественных материалах.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09.09.2022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расположение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изображения на листе и выбор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вертикального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горизонтального формата;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 «Инструменты художника» (МЭШ)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https://uchebnik.mos.ru/material_view/atomic_objects/7691977?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Обсуждение содержания рисунка.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16.09.2022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Объяснять, какими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художественными материалами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(карандашами, мелками,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красками и т. д.) сделан рисунок;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 материалы (интерактивное задание) (МЭШ)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https://uchebnik.mos.ru/material/app/328575?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348"/>
        </w:trPr>
        <w:tc>
          <w:tcPr>
            <w:tcW w:type="dxa" w:w="393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1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3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Графика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47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Линейный рисунок.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23.09.2022</w:t>
            </w:r>
          </w:p>
        </w:tc>
        <w:tc>
          <w:tcPr>
            <w:tcW w:type="dxa" w:w="2402"/>
            <w:tcBorders>
              <w:start w:sz="4.799999999999727" w:val="single" w:color="#000000"/>
              <w:top w:sz="5.599999999999909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навыки работы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графическими материалами;</w:t>
            </w:r>
          </w:p>
        </w:tc>
        <w:tc>
          <w:tcPr>
            <w:tcW w:type="dxa" w:w="1236"/>
            <w:tcBorders>
              <w:start w:sz="4.79999999999927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428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https://resh.edu.ru/subject/lesson/4051/start/189928/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Разные виды линий.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30.09.2022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анализировать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 линий в природе;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Линии в природе. Ветки (по фотографиям):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тонкие — толстые, порывистые, угловатые,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плавные и др.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07.10.2022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Создавать линейный рисунок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 на разный характер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линий;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57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Графические материалы и их особенности.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Приёмы рисования линией.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14.10.2022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с натуры рисунок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 дерева;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32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Рисунок с натуры: рисунок листьев разной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(треугольный, круглый, овальный,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длинный).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21.10.2022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обсуждать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 формы листа;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Последовательность рисунка.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28.10.2022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последовательность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выполнения рисунка;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906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347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Первичные навыки определения пропорций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понимания их значения. От одного пятна —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«тела», меняя пропорции «лап» и «шеи»,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получаем рисунки разных животных.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11.11.2022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обобщения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видимой формы предмета;</w:t>
            </w:r>
          </w:p>
        </w:tc>
        <w:tc>
          <w:tcPr>
            <w:tcW w:type="dxa" w:w="1236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428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778" w:left="666" w:header="720" w:footer="720" w:gutter="0"/>
          <w:cols w:space="720" w:num="1" w:equalWidth="0"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Линейный тематический рисунок (линия-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рассказчица) на сюжет стихотворения или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сюжет из жизни детей (игры во дворе, в походе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 др.) с простым и весёлым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повествовательным сюжетом.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18.11.2022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обобщения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видимой формы предмета;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https://resh.edu.ru/subject/7/1/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https://nsportal.ru/shkola/izobrazitelnoe-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iskusstvo/library/2013/04/13/palitra-tsvetov-vremena-goda-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prezentatsiya-k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Пятно-силуэт. Превращение случайного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пятна в изображение зверушки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фантастического зверя. Развитие образного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видения и способности целостного,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обобщённого видения. Пятно как основа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графического изображения.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25.11.2022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068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 сравнивать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соотношение частей,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составляющих одно целое,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изображения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животных с контрастными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пропорциями;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Тень как пример пятна. Теневой театр.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Силуэт.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02.12.2022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Соотносить форму пятна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опытом зрительных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впечатлений;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2.11.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Навыки работы на уроке с жидкой краской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кистью, уход за своим рабочим местом.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09.12.2022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Учиться работать на уроке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жидкой краской;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2.12.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Рассмотрение и анализ средств выражения —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пятна и линии — в иллюстрациях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художников к детским книгам.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16.12.2022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изображения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основе пятна путём добавления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нему деталей, подсказанных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воображением;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https://resh.edu.ru/subject/7/1/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https://nsportal.ru/shkola/izobrazitelnoe-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iskusstvo/library/2013/04/13/palitra-tsvetov-vremena-goda-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prezentatsiya-k</w:t>
            </w:r>
          </w:p>
        </w:tc>
      </w:tr>
      <w:tr>
        <w:trPr>
          <w:trHeight w:hRule="exact" w:val="348"/>
        </w:trPr>
        <w:tc>
          <w:tcPr>
            <w:tcW w:type="dxa" w:w="393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2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36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Живопись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470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90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Цвет как одно из главных средств выражения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 изобразительном искусстве. Навыки работы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гуашью в условиях урока.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23.12.2022</w:t>
            </w:r>
          </w:p>
        </w:tc>
        <w:tc>
          <w:tcPr>
            <w:tcW w:type="dxa" w:w="2402"/>
            <w:tcBorders>
              <w:start w:sz="4.799999999999727" w:val="single" w:color="#000000"/>
              <w:top w:sz="5.600000000000364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навыки работы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гуашью в условиях школьного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урока;</w:t>
            </w:r>
          </w:p>
        </w:tc>
        <w:tc>
          <w:tcPr>
            <w:tcW w:type="dxa" w:w="1236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https://resh.edu.ru/subject/7/1/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https://nsportal.ru/shkola/izobrazitelnoe-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iskusstvo/library/2013/04/13/palitra-tsvetov-vremena-goda-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prezentatsiya-k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Три основных цвета. Ассоциативные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представления, связанные с каждым из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цветов. Навыки смешения красок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получения нового цвета.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30.12.2022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Обсуждать ассоциативные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представления, связанные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каждым цветом;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https://resh.edu.ru/subject/7/1/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https://nsportal.ru/shkola/izobrazitelnoe-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iskusstvo/library/2013/04/13/palitra-tsvetov-vremena-goda-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prezentatsiya-k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Эмоциональная выразительность цвета.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13.01.2023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Экспериментировать,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исследовать возможности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смешения красок, наложения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цвета на цвет, размывания цвета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процессе работы над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разноцветным ковриком;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https://resh.edu.ru/subject/7/1/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https://nsportal.ru/shkola/izobrazitelnoe-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iskusstvo/library/2013/04/13/palitra-tsvetov-vremena-goda-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prezentatsiya-k</w:t>
            </w:r>
          </w:p>
        </w:tc>
      </w:tr>
      <w:tr>
        <w:trPr>
          <w:trHeight w:hRule="exact" w:val="126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Цвет как выражение настроения, душевного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состояния.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20.01.2023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Осознавать эмоциональное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звучание цвета, то, что разный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 «рассказывает» о разном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настроении — весёлом,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задумчивом, грустном и др.;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https://resh.edu.ru/subject/7/1/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https://nsportal.ru/shkola/izobrazitelnoe-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iskusstvo/library/2013/04/13/palitra-tsvetov-vremena-goda-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prezentatsiya-k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78" w:left="666" w:header="720" w:footer="720" w:gutter="0"/>
          <w:cols w:space="720" w:num="1" w:equalWidth="0"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Наш мир украшают цветы. Живописное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изображение по представлению и восприятию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разных по цвету и формам цветков. Развитие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навыков работы гуашью и навыков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наблюдения.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27.01.2023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Объяснять, как разное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настроение героев передано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художником в иллюстрациях;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Тематическая композиция «Времена года».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Контрастные цветовые состояния времён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года. Работа гуашью, в технике аппликации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или в смешанной технике.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03.02.2023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068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красками рисунок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весёлым или грустным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настроением;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https://resh.edu.ru/subject/7/1/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https://nsportal.ru/shkola/izobrazitelnoe-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iskusstvo/library/2013/04/13/palitra-tsvetov-vremena-goda-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prezentatsiya-k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Техника монотипии. Представления 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симметрии. Развитие ассоциативного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воображения.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10.02.2023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изображения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времён года;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https://resh.edu.ru/subject/7/1/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https://nsportal.ru/shkola/izobrazitelnoe-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iskusstvo/library/2013/04/13/palitra-tsvetov-vremena-goda-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prezentatsiya-k</w:t>
            </w:r>
          </w:p>
        </w:tc>
      </w:tr>
      <w:tr>
        <w:trPr>
          <w:trHeight w:hRule="exact" w:val="348"/>
        </w:trPr>
        <w:tc>
          <w:tcPr>
            <w:tcW w:type="dxa" w:w="393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3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3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Скульптура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Изображение в объёме. Приёмы работы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пластилином; дощечка, стек, тряпочка.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17.02.2023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Наблюдать, воспринимать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выразительные образные объёмы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природе: на что похожи формы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облаков, камней, коряг,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картофелин и др. (в классе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основе фотографий);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Лепка зверушек из цельной 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(черепашки, ёжика, зайчика и т. д.). Приёмы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вытягивания, вдавливания, сгибания,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скручивания.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24.02.2023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Лепить из целого куска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пластилина мелких зверушек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путём вытягивания, вдавливания;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Бумажная пластика. Овладение первичными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приёмами надрезания, закручивания,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складывания в работе над объёмной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аппликацией.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03.03.2023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Овладевать первичными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навыками работы в объёмной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аппликации и коллаже;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Лепка игрушки по мотивам одного 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наиболее известных народных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художественных промыслов (дымковская,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каргопольская игрушки или по выбору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учителя с учётом местных промыслов).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10.03.2023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Овладевать первичными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навыками работы в объёмной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аппликации и коллаже;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Объёмная аппликация из бумаги и картона.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17.03.2023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приёмы создания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объёмных изображений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бумаги;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350"/>
        </w:trPr>
        <w:tc>
          <w:tcPr>
            <w:tcW w:type="dxa" w:w="3938"/>
            <w:gridSpan w:val="2"/>
            <w:tcBorders>
              <w:start w:sz="4.800000000000011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4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36"/>
            <w:gridSpan w:val="6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5.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Декоративно-прикладное искусство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Узоры в природе.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24.03.2023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эстетически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различные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примеры узоров в природе (на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основе фотографий);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1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Наблюдение узоров в живой природе (в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условиях урока на основе фотографий).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Эмоционально-эстетическое восприятие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объектов действительности. Ассоциативное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сопоставление с орнаментами в предметах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декоративно-прикладного искусства.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07.04.2023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рисунок бабочки,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украсив узорами её крылья;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Представления о симметрии и наблюдение её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 природе. Последовательное ведение работы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над изображением бабочки по представлению,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использование линии симметрии при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составлении узора крыльев.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14.04.2023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использования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 симметрии при;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выполнении рисунка;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Узоры и орнаменты, создаваемые людьми,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разнообразие их видов. Орнаменты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геометрические и растительные.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21.04.2023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примеры художественно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выполненных орнаментов;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Декоративная композиция в круге или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полосе.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27.04.2023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орнаменты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круге, полосе, квадрате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соответствии с оформляемой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предметной поверхностью;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Орнамент, характерный для игрушек одного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 наиболее известных народных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художественных промыслов. Дымковская,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каргопольская игрушка или по выбору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учителя с учётом местных промыслов.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28.04.2023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на бумаге красками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рисунок орнамента выбранной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игрушки;;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5.7.</w:t>
            </w:r>
          </w:p>
        </w:tc>
        <w:tc>
          <w:tcPr>
            <w:tcW w:type="dxa" w:w="3470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Оригами — создание игрушки для новогодней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ёлки. Приёмы складывания бумаги.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5.600000000000364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на бумаге красками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рисунок орнамента выбранной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игрушки;;</w:t>
            </w:r>
          </w:p>
        </w:tc>
        <w:tc>
          <w:tcPr>
            <w:tcW w:type="dxa" w:w="1236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5.8.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Форма и украшение бытовых предметов.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орнаменты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круге, полосе, квадрате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соответствии с оформляемой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предметной поверхностью;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5.9.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Приёмы бумагопластики. Сумка или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упаковка и её декор.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навыки работы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бумагой, ножницами, клеем,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подручными материалами;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https://resh.edu.ru/subject/7/1/</w:t>
            </w:r>
          </w:p>
        </w:tc>
      </w:tr>
      <w:tr>
        <w:trPr>
          <w:trHeight w:hRule="exact" w:val="348"/>
        </w:trPr>
        <w:tc>
          <w:tcPr>
            <w:tcW w:type="dxa" w:w="393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5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36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Архитектура 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Наблюдение разнообразия архитектурных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построек в окружающем мире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фотографиям, обсуждение их особенностей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составных частей зданий.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12.04.2023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сравнивать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различные здания в окружающем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мире (по фотографиям);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https://uchebnik.mos.ru/material_view/atomic_objects/10588791?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109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Освоение приёмов конструирования 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бумаги. Складывание объёмных простых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геометрических тел. Овладение приёмами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склеивания деталей, надрезания, вырезания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деталей, использование приёмов симметрии.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особенности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составные части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рассматриваемых зданий;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https://uchebnik.mos.ru/material_view/atomic_objects/10588791?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9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Макетирование (или создание аппликации)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пространственной среды сказочного города из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бумаги, картона или пластилина.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17.04.2023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рисунок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придуманного дома на основе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полученных впечатлений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(техника работы может быть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любой, например с помощью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мелких печаток);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https://uchebnik.mos.ru/material_view/atomic_objects/10588791?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350"/>
        </w:trPr>
        <w:tc>
          <w:tcPr>
            <w:tcW w:type="dxa" w:w="393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6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3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Восприятие произведений искусства</w:t>
            </w:r>
          </w:p>
        </w:tc>
      </w:tr>
      <w:tr>
        <w:trPr>
          <w:trHeight w:hRule="exact" w:val="169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Восприятие произведений детского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творчества. Обсуждение сюжетного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 эмоционального содержания детских работ.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Наблюдать, разглядывать,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детские работы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позиций их содержания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сюжета, настроения,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расположения на листе,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цветового содержания,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соответствия учебной задаче,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поставленной учителем;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https://uchebnik.mos.ru/material_view/atomic_objects/10588791?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Художественное наблюдение окружающего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мира (мира природы) и предметной среды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жизни человека в зависимости от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поставленной аналитической и эстетической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задачи наблюдения (установки).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эстетического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наблюдения природы на основе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эмоциональных впечатлений и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учётом визуальной установки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учителя;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https://uchebnik.mos.ru/material_view/atomic_objects/10588791?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Рассматривание иллюстраций к детским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книгам на основе содержательных установок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учителя в соответствии с изучаемой темой.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восприятия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аналитического наблюдения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архитектурных построек;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https://uchebnik.mos.ru/material_view/atomic_objects/10588791?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Знакомство с живописной картиной.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восприятия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аналитического наблюдения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архитектурных построек;;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https://uchebnik.mos.ru/material_view/atomic_objects/10588791?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7.5.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Обсуждение произведений с ярко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выраженным эмоциональным настроением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или со сказочным сюжетом. Произведения В.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М. Васнецова, М. А. Врубеля и других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художников (по выбору учителя).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восприятия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художественных иллюстраций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детских книгах в соответствии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 учебной установкой;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https://uchebnik.mos.ru/material_view/atomic_objects/9511342?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7.6.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Художник и зритель. Освоение зрительских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умений на основе получаемых знаний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творческих установок наблюдения.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специально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организованного общения со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станковой картиной;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https://uchebnik.mos.ru/material_view/atomic_objects/9511342?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7.7.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Ассоциации из личного опыта учащихся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оценка эмоционального содержания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произведений.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182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опыт эстетического,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эмоционального общения со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станковой картиной;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https://uchebnik.mos.ru/material_view/atomic_objects/9511342?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7.8.</w:t>
            </w:r>
          </w:p>
        </w:tc>
        <w:tc>
          <w:tcPr>
            <w:tcW w:type="dxa" w:w="347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Произведения И. И. Левитана,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А. Г. Венецианова И. И. Шишкина, А. А.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Пластова, К. Моне, В. Ван Гога и других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художников (по выбору учителя) по теме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«Времена года»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зрительских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умений, включающих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необходимые знания, внимание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позиции автора и соотнесение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личным жизненным опытом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зрителя;</w:t>
            </w:r>
          </w:p>
        </w:tc>
        <w:tc>
          <w:tcPr>
            <w:tcW w:type="dxa" w:w="1236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https://uchebnik.mos.ru/material_view/atomic_objects/9511342?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328"/>
        </w:trPr>
        <w:tc>
          <w:tcPr>
            <w:tcW w:type="dxa" w:w="393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7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36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0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8.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Азбука цифровой графики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347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Фотографирование мелких деталей природы,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запечатление на фотографиях ярких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зрительных впечатлений.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фотографирования с целью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эстетического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целенаправленного наблюдения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природы;</w:t>
            </w:r>
          </w:p>
        </w:tc>
        <w:tc>
          <w:tcPr>
            <w:tcW w:type="dxa" w:w="123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https://uchebnik.mos.ru/material_view/atomic_objects/5206385?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93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8.2.</w:t>
            </w:r>
          </w:p>
        </w:tc>
        <w:tc>
          <w:tcPr>
            <w:tcW w:type="dxa" w:w="347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Обсуждение в условиях урока ученических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фотографий, соответствующих изучаемой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30.05.2023</w:t>
            </w:r>
          </w:p>
        </w:tc>
        <w:tc>
          <w:tcPr>
            <w:tcW w:type="dxa" w:w="2402"/>
            <w:tcBorders>
              <w:start w:sz="4.799999999999727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обсуждения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фотографий с точки зрения цели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сделанного снимка, значимости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его содержания, его композиции;</w:t>
            </w:r>
          </w:p>
        </w:tc>
        <w:tc>
          <w:tcPr>
            <w:tcW w:type="dxa" w:w="123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428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https://uchebnik.mos.ru/material_view/atomic_objects/5206385?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menuReferrer=catalogue</w:t>
            </w:r>
          </w:p>
        </w:tc>
      </w:tr>
      <w:tr>
        <w:trPr>
          <w:trHeight w:hRule="exact" w:val="348"/>
        </w:trPr>
        <w:tc>
          <w:tcPr>
            <w:tcW w:type="dxa" w:w="393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8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3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393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790"/>
            <w:gridSpan w:val="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16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Восприятие детских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рисунков. Навыки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восприятия произведений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детского творчества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формирование зрительских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умений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Первые представления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композиции: на уровне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образного восприятия.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Представление о различных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художественных материалах.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Обсуждение содержания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рисунка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1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Линейный рисунок. Разные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линий. Линии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природе. Ветки (по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фотографиям): тонкие 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толстые, порывистые,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угловатые, плавные и др.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Графические материалы и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особенности. Приёмы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рисования линией.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Рисунок с натуры: рисунок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листьев разной формы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(треугольный, круглый,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овальный, длинный)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2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Последовательность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рисунка. Первичные навыки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определения пропорций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понимания их значения. От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одного пятна — «тела»,меняя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пропорции «лап» и «шеи»,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получаем рисунки разных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животных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106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Линейный тематический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рисунок (линия-рассказчица)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сюжет стихотворения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сюжет из жизни детей (игры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 дворе, в походе и др.)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простым и весёлым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повествовательным сюжетом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85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Пятно-силуэт. Превращение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случайного пятна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изображение зверушки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фантастического зверя.</w:t>
            </w:r>
          </w:p>
          <w:p>
            <w:pPr>
              <w:autoSpaceDN w:val="0"/>
              <w:autoSpaceDE w:val="0"/>
              <w:widowControl/>
              <w:spacing w:line="281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образного видения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способности целостного,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обобщённого видения. Пятно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основа графического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изображения. Тень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пример пятна. Теневой театр.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Силуэт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Навыки работы на уроке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жидкой краской и кистью,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уход за своим рабочим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местом. Рассмотрение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средств выражения 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пятна и линии —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иллюстрациях художников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детским книгам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Цвет как одно из главных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 выражения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изобразительном искусстве.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Навыки работы гуашью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условиях урока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49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Три основных цвета.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Ассоциативные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представления, связанные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каждым из цветов. Навыки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смешения красок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получения нового цвета.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Эмоциональная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выразительность цвета. Цвет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выражение настроения,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душевного состояния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5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Наш мир украшают цветы.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Живописное изображение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представлению и восприятию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разных по цвету и формам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цветков. Развитие навыков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работы гуашью и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наблюдения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Тематическая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композиция«Времена года».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Контрастные цветовые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состояния времён года.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гуашью, в технике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аппликации или в смешанной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Техника монотипии.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Представления о симметрии.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ассоциативного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воображения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18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Изображение в объёме.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Приёмы работы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пластилином; дощечка, стек,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тряпочка. Лепка зверушек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цельной формы (черепашки,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ёжика, зайчика и т. д.).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Приёмы вытягивания,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вдавливания, сгибания,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скручивания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Бумажная пластика.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Овладение первичными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приёмами надрезания,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закручивания, складывания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работе над объёмной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аппликацией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Лепка игрушки по мотивам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одного из наиболее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известных народных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художественных промыслов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(дымковская, каргопольская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игрушки или по выбору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 с учётом местных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промыслов)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Объёмная апликация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бумаги и картона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2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85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Наблюдение узоров в живой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природе (в условиях урока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основе фотографий).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Эмоционально-эстетическое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восприятие объектов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действительности.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Ассоциативное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сопоставление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орнаментами в предметах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декоративно-прикладного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Представления о симметрии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наблюдение её в природе.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Последовательное ведение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работы над изображением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бабочки по представлению,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 линии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симметрии при составлении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узора крыльев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Узоры и орнаменты,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создаваемые людьми,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разнообразие их видов.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Орнаменты геометрические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растительные. Декоративная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композиция в круге или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полос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Орнамент, характерный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игрушек одного из наиболее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известных народных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художественных промыслов.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Дымковская, каргопольская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игрушка или по выбору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 с учётом местных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промыслов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Оригами — создание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игрушки для новогодней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ёлки. Приёмы складывания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бумаги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17.02.2023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Форма и украшение бытовых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предметов. Приёмы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бумагопластики. Сумка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упаковка и её декор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24.02.2023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0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Наблюдение разнообразия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архитектурных построек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окружающем мире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фотографиям, обсуждение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особенностей и составных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частей зданий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18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приёмов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конструирования из бумаги.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Складывание объёмных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простых геометрических тел.</w:t>
            </w:r>
          </w:p>
          <w:p>
            <w:pPr>
              <w:autoSpaceDN w:val="0"/>
              <w:autoSpaceDE w:val="0"/>
              <w:widowControl/>
              <w:spacing w:line="281" w:lineRule="auto" w:before="72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Овладение приёмами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склеивания деталей,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надрезания, вырезания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деталей, использование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приёмов симметрии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Макетирование (или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создание аппликации)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пространственной среды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сказочного города из бумаги,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картона или пластилина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Восприятие произведений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детского творчества.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Обсуждение сюжетного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эмоционального содержания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детских работ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Художественное наблюдение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окружающего мира (мира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природы) и предметной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среды жизни человека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зависимости от поставленной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аналитической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эстетической задачи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наблюдения (установки)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215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Рассматривание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иллюстраций к детским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книгам на основе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содержательных установок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 в соответствии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изучаемой темой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11.04.2023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10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живописной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картиной. Обсуждение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произведений с ярко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выраженным эмоциональным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настроением или со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сказочным сюжетом.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В. М.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Васнецова, М. А. Врубеля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других художников (по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выбору учителя)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385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Ассоциации из личного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опыта учащихся и оценка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эмоционального содержания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произведений.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И. И. Левитана, А. Г.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Венецианова И. И. Шишкина,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А. Пластова, К. Моне, В.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Ван Гога и других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художников (по выбору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учителя) по теме «Времена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года»Урок 31 ИЗО 1 класс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Фотографирование мелких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деталей природы,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запечатление на фотографиях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ярких зрительных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впечатлений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Обсуждение в условиях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урока ученических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фотографий,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соответствующих изучаемой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10"/>
        </w:trPr>
        <w:tc>
          <w:tcPr>
            <w:tcW w:type="dxa" w:w="372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2810"/>
            <w:gridSpan w:val="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искусство. 1 класс/Неменская Л.А.; под редакцией Неменского Б.М., Акционерное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83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Неменский, Б. М. Методическое пособие к учебникам по изобразительному искусству : 1–4 классы 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пособие для учителя / Б. М. Неменский,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Л. А. Неменская, Е. И. Коротеева ; под ред. Б. М. Неменского. – М. : Просвещение, 2020.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Е. И. Коротеева, Изобразительное искусство: учебно-наглядное пособие для учащихся 1-4 классов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школы / Е. И. Коротеева. - М.: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Просвещение, 2020.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 в начальной школе. Обучение приемам художественно-творческой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/ авт.-сост. О. В. Павлова. 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Волгоград : Учитель, 2018. - 139 с.: ил.</w:t>
      </w:r>
    </w:p>
    <w:p>
      <w:pPr>
        <w:autoSpaceDN w:val="0"/>
        <w:autoSpaceDE w:val="0"/>
        <w:widowControl/>
        <w:spacing w:line="262" w:lineRule="auto" w:before="7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 и художественный труд в начальной школе. Система преподавания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уроков ИЗО в 1-4 классах по программе Б.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М. Неменского / сост. А. Г. Александрова, Н. В.Капустина. - Волгоград: Учитель, 2019. - 61 с. 3.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Изобразительное искусство. 1-4 классы: упражнения, задания, тесты / авт.-сост. О. В. Свиридова. 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Волгоград: Учитель, 2019. - 74 с.: ил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86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Единая коллекция цифровых образовательных ресурсов: http://school-collection.edu.ru/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Фестиваль педагогических идей : https://urok.1sept.ru/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Открытый класс. Сетевые образовательные сообщества:https://multiurok.ru/blog/sietievyie-obrazovatiel-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nyie-soobshchiestva-otkrytyi-klass.html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Официальный ресурс для учителей, детей и родителей: https://rosuchebnik.ru/material/40-saytov-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kotorye-oblegchat-rabotu-uchitelya/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Журнал начальная школа: https://www.n-shkola.ru/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Российская электронная школа: https://resh.edu.ru/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Фоксфорд https://foxford.ru/#!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76" w:lineRule="auto" w:before="16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классная доска для демонстрации учебного материала персональный компьютер мультимедийный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проектор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экран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колонки 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81" w:lineRule="auto" w:before="166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парта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клеенка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краски, гуашь ,палитра, цветные карандаши, простой карандаш, ластик, кисточки, различной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толщины, баночка для воды,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альбом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6" w:space="0"/>
            <w:col w:w="10592" w:space="0"/>
            <w:col w:w="10566" w:space="0"/>
            <w:col w:w="10576" w:space="0"/>
            <w:col w:w="10584" w:space="0"/>
            <w:col w:w="10364" w:space="0"/>
            <w:col w:w="10584" w:space="0"/>
            <w:col w:w="10552" w:space="0"/>
            <w:col w:w="10586" w:space="0"/>
            <w:col w:w="9020" w:space="0"/>
            <w:col w:w="1028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586" w:space="0"/>
        <w:col w:w="10592" w:space="0"/>
        <w:col w:w="10566" w:space="0"/>
        <w:col w:w="10576" w:space="0"/>
        <w:col w:w="10584" w:space="0"/>
        <w:col w:w="10364" w:space="0"/>
        <w:col w:w="10584" w:space="0"/>
        <w:col w:w="10552" w:space="0"/>
        <w:col w:w="10586" w:space="0"/>
        <w:col w:w="9020" w:space="0"/>
        <w:col w:w="1028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