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1494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МИНИСТЕРСТВО ПРОСВЕЩЕНИЯ РОССИЙСКОЙ ФЕДЕРАЦИИ</w:t>
      </w:r>
    </w:p>
    <w:p>
      <w:pPr>
        <w:autoSpaceDN w:val="0"/>
        <w:autoSpaceDE w:val="0"/>
        <w:widowControl/>
        <w:spacing w:line="230" w:lineRule="auto" w:before="670" w:after="0"/>
        <w:ind w:left="23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Министерство образования и науки Республики Дагестан</w:t>
      </w:r>
    </w:p>
    <w:p>
      <w:pPr>
        <w:autoSpaceDN w:val="0"/>
        <w:autoSpaceDE w:val="0"/>
        <w:widowControl/>
        <w:spacing w:line="230" w:lineRule="auto" w:before="670" w:after="0"/>
        <w:ind w:left="0" w:right="3476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МО "Кизилюртовский район"</w:t>
      </w:r>
    </w:p>
    <w:p>
      <w:pPr>
        <w:autoSpaceDN w:val="0"/>
        <w:autoSpaceDE w:val="0"/>
        <w:widowControl/>
        <w:spacing w:line="230" w:lineRule="auto" w:before="670" w:after="1376"/>
        <w:ind w:left="0" w:right="3450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МКОУ "Шушановская СОШ"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0.0" w:type="dxa"/>
      </w:tblPr>
      <w:tblGrid>
        <w:gridCol w:w="3427"/>
        <w:gridCol w:w="3427"/>
        <w:gridCol w:w="3427"/>
      </w:tblGrid>
      <w:tr>
        <w:trPr>
          <w:trHeight w:hRule="exact" w:val="274"/>
        </w:trPr>
        <w:tc>
          <w:tcPr>
            <w:tcW w:type="dxa" w:w="302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48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РАССМОТРЕНО</w:t>
            </w:r>
          </w:p>
        </w:tc>
        <w:tc>
          <w:tcPr>
            <w:tcW w:type="dxa" w:w="360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48" w:after="0"/>
              <w:ind w:left="496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СОГЛАСОВАНО</w:t>
            </w:r>
          </w:p>
        </w:tc>
        <w:tc>
          <w:tcPr>
            <w:tcW w:type="dxa" w:w="292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48" w:after="0"/>
              <w:ind w:left="412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УТВЕРЖДЕНО</w:t>
            </w:r>
          </w:p>
        </w:tc>
      </w:tr>
      <w:tr>
        <w:trPr>
          <w:trHeight w:hRule="exact" w:val="200"/>
        </w:trPr>
        <w:tc>
          <w:tcPr>
            <w:tcW w:type="dxa" w:w="302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0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методическим объединением</w:t>
            </w:r>
          </w:p>
        </w:tc>
        <w:tc>
          <w:tcPr>
            <w:tcW w:type="dxa" w:w="360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0" w:after="0"/>
              <w:ind w:left="496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Заместитель директора по УВР</w:t>
            </w:r>
          </w:p>
        </w:tc>
        <w:tc>
          <w:tcPr>
            <w:tcW w:type="dxa" w:w="292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0" w:after="0"/>
              <w:ind w:left="412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Директор</w:t>
            </w:r>
          </w:p>
        </w:tc>
      </w:tr>
      <w:tr>
        <w:trPr>
          <w:trHeight w:hRule="exact" w:val="400"/>
        </w:trPr>
        <w:tc>
          <w:tcPr>
            <w:tcW w:type="dxa" w:w="302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0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учителей</w:t>
            </w:r>
          </w:p>
        </w:tc>
        <w:tc>
          <w:tcPr>
            <w:tcW w:type="dxa" w:w="3600"/>
            <w:vMerge w:val="restart"/>
            <w:tcBorders/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98" w:after="0"/>
              <w:ind w:left="496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Султанова З.Х</w:t>
            </w:r>
          </w:p>
        </w:tc>
        <w:tc>
          <w:tcPr>
            <w:tcW w:type="dxa" w:w="2920"/>
            <w:vMerge w:val="restart"/>
            <w:tcBorders/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98" w:after="0"/>
              <w:ind w:left="412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Джамавов Д.Н</w:t>
            </w:r>
          </w:p>
        </w:tc>
      </w:tr>
      <w:tr>
        <w:trPr>
          <w:trHeight w:hRule="exact" w:val="116"/>
        </w:trPr>
        <w:tc>
          <w:tcPr>
            <w:tcW w:type="dxa" w:w="3022"/>
            <w:vMerge w:val="restart"/>
            <w:tcBorders/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2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Амирханова И.Д</w:t>
            </w:r>
          </w:p>
        </w:tc>
        <w:tc>
          <w:tcPr>
            <w:tcW w:type="dxa" w:w="3427"/>
            <w:vMerge/>
            <w:tcBorders/>
          </w:tcPr>
          <w:p/>
        </w:tc>
        <w:tc>
          <w:tcPr>
            <w:tcW w:type="dxa" w:w="3427"/>
            <w:vMerge/>
            <w:tcBorders/>
          </w:tcPr>
          <w:p/>
        </w:tc>
      </w:tr>
      <w:tr>
        <w:trPr>
          <w:trHeight w:hRule="exact" w:val="304"/>
        </w:trPr>
        <w:tc>
          <w:tcPr>
            <w:tcW w:type="dxa" w:w="3427"/>
            <w:vMerge/>
            <w:tcBorders/>
          </w:tcPr>
          <w:p/>
        </w:tc>
        <w:tc>
          <w:tcPr>
            <w:tcW w:type="dxa" w:w="360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496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Протокол №1</w:t>
            </w:r>
          </w:p>
        </w:tc>
        <w:tc>
          <w:tcPr>
            <w:tcW w:type="dxa" w:w="292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412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Приказ №1</w:t>
            </w:r>
          </w:p>
        </w:tc>
      </w:tr>
      <w:tr>
        <w:trPr>
          <w:trHeight w:hRule="exact" w:val="300"/>
        </w:trPr>
        <w:tc>
          <w:tcPr>
            <w:tcW w:type="dxa" w:w="302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0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Протокол №1</w:t>
            </w:r>
          </w:p>
        </w:tc>
        <w:tc>
          <w:tcPr>
            <w:tcW w:type="dxa" w:w="3600"/>
            <w:vMerge w:val="restart"/>
            <w:tcBorders/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94" w:after="0"/>
              <w:ind w:left="496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от "22" август  2022 г.</w:t>
            </w:r>
          </w:p>
        </w:tc>
        <w:tc>
          <w:tcPr>
            <w:tcW w:type="dxa" w:w="2920"/>
            <w:vMerge w:val="restart"/>
            <w:tcBorders/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94" w:after="0"/>
              <w:ind w:left="412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от "22" август2022 г.</w:t>
            </w:r>
          </w:p>
        </w:tc>
      </w:tr>
      <w:tr>
        <w:trPr>
          <w:trHeight w:hRule="exact" w:val="384"/>
        </w:trPr>
        <w:tc>
          <w:tcPr>
            <w:tcW w:type="dxa" w:w="302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от "22" август2022 г.</w:t>
            </w:r>
          </w:p>
        </w:tc>
        <w:tc>
          <w:tcPr>
            <w:tcW w:type="dxa" w:w="3427"/>
            <w:vMerge/>
            <w:tcBorders/>
          </w:tcPr>
          <w:p/>
        </w:tc>
        <w:tc>
          <w:tcPr>
            <w:tcW w:type="dxa" w:w="3427"/>
            <w:vMerge/>
            <w:tcBorders/>
          </w:tcPr>
          <w:p/>
        </w:tc>
      </w:tr>
    </w:tbl>
    <w:p>
      <w:pPr>
        <w:autoSpaceDN w:val="0"/>
        <w:autoSpaceDE w:val="0"/>
        <w:widowControl/>
        <w:spacing w:line="230" w:lineRule="auto" w:before="978" w:after="0"/>
        <w:ind w:left="0" w:right="3640" w:firstLine="0"/>
        <w:jc w:val="righ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РАБОЧАЯ ПРОГРАММА</w:t>
      </w:r>
    </w:p>
    <w:p>
      <w:pPr>
        <w:autoSpaceDN w:val="0"/>
        <w:autoSpaceDE w:val="0"/>
        <w:widowControl/>
        <w:spacing w:line="230" w:lineRule="auto" w:before="70" w:after="0"/>
        <w:ind w:left="0" w:right="4412" w:firstLine="0"/>
        <w:jc w:val="righ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(ID 2968838)</w:t>
      </w:r>
    </w:p>
    <w:p>
      <w:pPr>
        <w:autoSpaceDN w:val="0"/>
        <w:autoSpaceDE w:val="0"/>
        <w:widowControl/>
        <w:spacing w:line="230" w:lineRule="auto" w:before="166" w:after="0"/>
        <w:ind w:left="0" w:right="4012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учебного предмета</w:t>
      </w:r>
    </w:p>
    <w:p>
      <w:pPr>
        <w:autoSpaceDN w:val="0"/>
        <w:autoSpaceDE w:val="0"/>
        <w:widowControl/>
        <w:spacing w:line="230" w:lineRule="auto" w:before="70" w:after="0"/>
        <w:ind w:left="0" w:right="3922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«Окружающий мир»</w:t>
      </w:r>
    </w:p>
    <w:p>
      <w:pPr>
        <w:autoSpaceDN w:val="0"/>
        <w:autoSpaceDE w:val="0"/>
        <w:widowControl/>
        <w:spacing w:line="230" w:lineRule="auto" w:before="670" w:after="0"/>
        <w:ind w:left="0" w:right="2672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для 1 класса начального общего образования</w:t>
      </w:r>
    </w:p>
    <w:p>
      <w:pPr>
        <w:autoSpaceDN w:val="0"/>
        <w:autoSpaceDE w:val="0"/>
        <w:widowControl/>
        <w:spacing w:line="230" w:lineRule="auto" w:before="70" w:after="0"/>
        <w:ind w:left="0" w:right="3610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 2022-2023  учебный год</w:t>
      </w:r>
    </w:p>
    <w:p>
      <w:pPr>
        <w:autoSpaceDN w:val="0"/>
        <w:autoSpaceDE w:val="0"/>
        <w:widowControl/>
        <w:spacing w:line="230" w:lineRule="auto" w:before="2112" w:after="0"/>
        <w:ind w:left="0" w:right="20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Составитель: Магомедова Пирдаус Алиевна</w:t>
      </w:r>
    </w:p>
    <w:p>
      <w:pPr>
        <w:autoSpaceDN w:val="0"/>
        <w:autoSpaceDE w:val="0"/>
        <w:widowControl/>
        <w:spacing w:line="230" w:lineRule="auto" w:before="70" w:after="0"/>
        <w:ind w:left="0" w:right="20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учитель начальных классов</w:t>
      </w:r>
    </w:p>
    <w:p>
      <w:pPr>
        <w:sectPr>
          <w:pgSz w:w="11900" w:h="16840"/>
          <w:pgMar w:top="298" w:right="880" w:bottom="1440" w:left="738" w:header="720" w:footer="720" w:gutter="0"/>
          <w:cols w:space="720" w:num="1" w:equalWidth="0"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3942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2022 2023</w:t>
      </w:r>
    </w:p>
    <w:p>
      <w:pPr>
        <w:sectPr>
          <w:pgSz w:w="11900" w:h="16840"/>
          <w:pgMar w:top="298" w:right="1440" w:bottom="1440" w:left="1440" w:header="720" w:footer="720" w:gutter="0"/>
          <w:cols w:space="720" w:num="1" w:equalWidth="0">
            <w:col w:w="9020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ПОЯСНИТЕЛЬНАЯ ЗАПИСКА</w:t>
      </w:r>
    </w:p>
    <w:p>
      <w:pPr>
        <w:autoSpaceDN w:val="0"/>
        <w:autoSpaceDE w:val="0"/>
        <w:widowControl/>
        <w:spacing w:line="271" w:lineRule="auto" w:before="346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Программа по учебному предмету «Окружающий мир» (предметная область «Обществознание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естествознание» («Окружающий мир») включает: пояснительную записку, содержание обучения,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планируемые результаты освоения программы учебного предмета, тематическое планирование.</w:t>
      </w:r>
    </w:p>
    <w:p>
      <w:pPr>
        <w:autoSpaceDN w:val="0"/>
        <w:autoSpaceDE w:val="0"/>
        <w:widowControl/>
        <w:spacing w:line="276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Пояснительная записка отражает общие цели и задачи изучения предмета, характеристику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психологических предпосылок к его изучению младшими школьниками; место в структуре учебного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плана, а также подходы к отбору содержания, планируемым результатам и тематическому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планированию.</w:t>
      </w:r>
    </w:p>
    <w:p>
      <w:pPr>
        <w:autoSpaceDN w:val="0"/>
        <w:autoSpaceDE w:val="0"/>
        <w:widowControl/>
        <w:spacing w:line="286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Содержание обучения раскрывает  содержательные  линии для обязательного изучения в 1 классе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начальной школы. Содержание обучения в 1 классе завершатся перечнем универсальных учебных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действий (УУД) — познавательных, коммуникативных и регулятивных, которые возможно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формировать средствами  учебного  предмета  «Окружающий  мир» с   учётом   возрастных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особенностей   младших   школьников. В первом классе предлагается пропедевтический уровень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формирования УУД, поскольку становление универсальности действий на этом этапе обучения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только начинается. С учётом того, что выполнение правил совместной деятельности строится 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интеграции регулятивных (определенные волевые усилия, саморегуляция, самоконтроль, проявление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терпения и доброжелательности при налаживании отношений) и коммуникативных (способность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вербальными средствами устанавливать взаимоотношения) универсальных учебных действий, 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перечень дан в специальном разделе — «Совместная деятельность».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Планируемые результаты включают личностные, метапредметные результаты за период обучения, 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также предметные достижения младшего школьника за первый год обучения в начальной школе.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тематическом планировании описывается программное содержание по всем разделам содержания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обучения 1 класса, а также раскрываются методы и формы организации обучения и характеристика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деятельностей, которые целесообразно использовать при изучении той или иной программной темы.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Представлены также способы организации дифференцированного обучения.</w:t>
      </w:r>
    </w:p>
    <w:p>
      <w:pPr>
        <w:autoSpaceDN w:val="0"/>
        <w:autoSpaceDE w:val="0"/>
        <w:widowControl/>
        <w:spacing w:line="281" w:lineRule="auto" w:before="70" w:after="0"/>
        <w:ind w:left="0" w:right="432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Рабочая программа по предмету «Окружающий мир» на уровне 1 класса начального общего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образования составлена на основе требований к результатам освоения основной образовательной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программы начального общего образования, представленных в Федеральном государственном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образовательном стандарте начального общего образования, Примерной программы воспитания, 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также с учётом историко-культурного  стандарта.</w:t>
      </w:r>
    </w:p>
    <w:p>
      <w:pPr>
        <w:autoSpaceDN w:val="0"/>
        <w:autoSpaceDE w:val="0"/>
        <w:widowControl/>
        <w:spacing w:line="271" w:lineRule="auto" w:before="72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Изучение предмета «Окружающий мир», интегрирующего знания о природе, предметном мире,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обществе и взаимодействии людей в нём, соответствует потребностям и интересам детей младшего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школьного возраста и направлено на достижение следующих целей:</w:t>
      </w:r>
    </w:p>
    <w:p>
      <w:pPr>
        <w:autoSpaceDN w:val="0"/>
        <w:autoSpaceDE w:val="0"/>
        <w:widowControl/>
        <w:spacing w:line="276" w:lineRule="auto" w:before="178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формирование целостного взгляда на мир, осознание места в нём человека на основе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целостного взгляда на окружающий мир (природную и социальную среду обитания); освоение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естественнонаучных, обществоведческих, нравственно этических понятий, представленных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содержании данного учебного предмета; </w:t>
      </w:r>
    </w:p>
    <w:p>
      <w:pPr>
        <w:autoSpaceDN w:val="0"/>
        <w:autoSpaceDE w:val="0"/>
        <w:widowControl/>
        <w:spacing w:line="276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развитие умений  и  навыков  применять  полученные  знания в реальной  учебной 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жизненной  практике,  связанной  как с поисково-исследовательской деятельностью (наблюдения,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опыты, трудовая деятельность), так и с творческим использованием приобретённых знаний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речевой, изобразительной, художественной деятельности; </w:t>
      </w:r>
    </w:p>
    <w:p>
      <w:pPr>
        <w:autoSpaceDN w:val="0"/>
        <w:autoSpaceDE w:val="0"/>
        <w:widowControl/>
        <w:spacing w:line="271" w:lineRule="auto" w:before="190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духовно-нравственное развитие и воспитание личности гражданина России, понимание своей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принадлежности к Российскому государству, определённому этносу; проявление уважения 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истории, культуре, традициям народов РФ; освоение младшими школьниками мирового</w:t>
      </w:r>
    </w:p>
    <w:p>
      <w:pPr>
        <w:sectPr>
          <w:pgSz w:w="11900" w:h="16840"/>
          <w:pgMar w:top="298" w:right="650" w:bottom="450" w:left="666" w:header="720" w:footer="720" w:gutter="0"/>
          <w:cols w:space="720" w:num="1" w:equalWidth="0">
            <w:col w:w="10584" w:space="0"/>
            <w:col w:w="9020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262" w:lineRule="auto" w:before="0" w:after="0"/>
        <w:ind w:left="42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культурного опыта по созданию общечеловеческих ценностей, законов и правил построения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взаимоотношений в социуме; обогащение духовного богатства обучающихся; </w:t>
      </w:r>
    </w:p>
    <w:p>
      <w:pPr>
        <w:autoSpaceDN w:val="0"/>
        <w:autoSpaceDE w:val="0"/>
        <w:widowControl/>
        <w:spacing w:line="281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развитие способности ребёнка к социализации на основе принятия гуманистических норм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жизни, приобретение опыта эмоционально-положительного отношения к природе в соответствии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 экологическими нормами поведения; становление навыков повседневного проявления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культуры общения, гуманного отношения к людям,  уважительного  отношения  к их взглядам,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мнению и индивидуальности</w:t>
      </w:r>
    </w:p>
    <w:p>
      <w:pPr>
        <w:autoSpaceDN w:val="0"/>
        <w:autoSpaceDE w:val="0"/>
        <w:widowControl/>
        <w:spacing w:line="286" w:lineRule="auto" w:before="178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Центральной идеей конструирования содержания и планируемых результатов обучения является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раскрытие роли человека в природе и обществе, ознакомление с правилами поведения в среде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обитания и освоение общечеловеческих ценностей взаимодействия в системах «Человек и природа»,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«Человек и общество», «Человек и другие люди», «Человек и познание». Важнейшей составляющей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всех указанных систем является содержание, усвоение которого гарантирует формирование 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обучающихся навыков здорового и безопасного образа жизни на основе развивающейся способности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предвидеть результаты своих поступков и оценки возникшей ситуации.  Отбор содержания курса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«Окружающий мир» осуществлён на основе следующих ведущих идей:</w:t>
      </w:r>
    </w:p>
    <w:p>
      <w:pPr>
        <w:autoSpaceDN w:val="0"/>
        <w:autoSpaceDE w:val="0"/>
        <w:widowControl/>
        <w:spacing w:line="230" w:lineRule="auto" w:before="17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раскрытие роли человека в природе и обществе; </w:t>
      </w:r>
    </w:p>
    <w:p>
      <w:pPr>
        <w:autoSpaceDN w:val="0"/>
        <w:autoSpaceDE w:val="0"/>
        <w:widowControl/>
        <w:spacing w:line="271" w:lineRule="auto" w:before="190" w:after="0"/>
        <w:ind w:left="42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освоение общечеловеческих ценностей взаимодействия в системах «Человек и природа»,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«Человек и общество», «Человек и другие люди», «Человек и его самость», «Человек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познание».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178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Общее число часов, отведённых на изучение курса «Окружающий мир» в 1 классе составляет 66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часов (два часа в неделю).</w:t>
      </w:r>
    </w:p>
    <w:p>
      <w:pPr>
        <w:sectPr>
          <w:pgSz w:w="11900" w:h="16840"/>
          <w:pgMar w:top="286" w:right="766" w:bottom="1440" w:left="666" w:header="720" w:footer="720" w:gutter="0"/>
          <w:cols w:space="720" w:num="1" w:equalWidth="0">
            <w:col w:w="10468" w:space="0"/>
            <w:col w:w="10584" w:space="0"/>
            <w:col w:w="9020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СОДЕРЖАНИЕ УЧЕБНОГО ПРЕДМЕТА 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346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Человек и общество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Школа. Школьные традиции и праздники. Адрес школы. Классный, школьный коллектив. Друзья,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взаимоотношения между ними; ценность дружбы, согласия, взаимной помощи. Совместная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деятельность с одноклассниками — учёба, игры, отдых. Рабочее место школьника: удобное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размещение учебных материалов и учебного оборудования; поза; освещение рабочего места. Правила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безопасной работы на учебном месте. Режим труда и отдыха.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86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Семья.  Моя семья в прошлом и настоящем.  Имена и фамилии членов семьи, их профессии.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Взаимоотношения и взаимопомощь в семье.  Совместный труд и отдых.  Домашний адрес.</w:t>
      </w:r>
    </w:p>
    <w:p>
      <w:pPr>
        <w:autoSpaceDN w:val="0"/>
        <w:autoSpaceDE w:val="0"/>
        <w:widowControl/>
        <w:spacing w:line="276" w:lineRule="auto" w:before="72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Россия — наша Родина. Москва — столица России. Символы России (герб, флаг, гимн). Народы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России. Первоначальные сведения о родном крае. Название своего населённого пункта (города, села),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региона. Культурные объекты родного края. Ценность и красота рукотворного  мира.    Правила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поведения в социуме.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Человек и природа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Природа — среда обитания человека. Природа и предметы, созданные человеком. Природные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материалы. Бережное отношение к предметам, вещам, уход за ними. Неживая и живая природа.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Наблюдение за погодой своего края. Погода и термометр. Определение температуры воздуха (воды)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 термометру. Сезонные изменения в природе.  Взаимосвязи между человеком и природой.  Правила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нравственного и безопасного поведения в природе.</w:t>
      </w:r>
    </w:p>
    <w:p>
      <w:pPr>
        <w:autoSpaceDN w:val="0"/>
        <w:autoSpaceDE w:val="0"/>
        <w:widowControl/>
        <w:spacing w:line="276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Растительный мир. Растения ближайшего окружения (узнавание, называние, краткое описание).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Лиственные и хвойные растения. Дикорастущие и культурные растения. Части растения (называние,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краткая характеристика значения для жизни растения): корень, стебель, лист, цветок, плод, семя.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Комнатные растения, правила содержания и ухода.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576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Мир животных Разные группы животных (звери, насекомые, птицы, рыбы и др. ). Домашние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дикие животные (различия в условиях жизни). Забота о домашних питомцах.</w:t>
      </w:r>
    </w:p>
    <w:p>
      <w:pPr>
        <w:autoSpaceDN w:val="0"/>
        <w:autoSpaceDE w:val="0"/>
        <w:widowControl/>
        <w:spacing w:line="262" w:lineRule="auto" w:before="70" w:after="0"/>
        <w:ind w:left="180" w:right="144" w:firstLine="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Правила безопасной жизни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Понимание необходимости соблюдения режима дня, правил здорового питания и личной гигиены. 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Правила безопасности в быту: пользование бытовыми электроприборами, газовыми плитами.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Дорога от дома до школы. Правила безопасного поведения пешехода (дорожные знаки, дорожная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разметка, дорожные сигналы).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2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Безопасность в сети Интернет (электронный дневник и электронные ресурсы школы) в условиях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контролируемого доступа в Интернет.</w:t>
      </w:r>
    </w:p>
    <w:p>
      <w:pPr>
        <w:autoSpaceDN w:val="0"/>
        <w:autoSpaceDE w:val="0"/>
        <w:widowControl/>
        <w:spacing w:line="262" w:lineRule="auto" w:before="192" w:after="0"/>
        <w:ind w:left="180" w:right="3456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Универсальные учебные действия (пропедевтический уровень)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Познавательные универсальные учебные действия:</w:t>
      </w:r>
    </w:p>
    <w:p>
      <w:pPr>
        <w:autoSpaceDN w:val="0"/>
        <w:autoSpaceDE w:val="0"/>
        <w:widowControl/>
        <w:spacing w:line="262" w:lineRule="auto" w:before="178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сравнивать происходящие в природе изменения, наблюдать зависимость изменений в живой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природе от состояния неживой природы; </w:t>
      </w:r>
    </w:p>
    <w:p>
      <w:pPr>
        <w:autoSpaceDN w:val="0"/>
        <w:autoSpaceDE w:val="0"/>
        <w:widowControl/>
        <w:spacing w:line="262" w:lineRule="auto" w:before="190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приводить примеры представителей разных групп животных (звери, насекомые, рыбы,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птицы), называть главную особенность представителей одной группы (в пределах изученного); </w:t>
      </w:r>
    </w:p>
    <w:p>
      <w:pPr>
        <w:autoSpaceDN w:val="0"/>
        <w:autoSpaceDE w:val="0"/>
        <w:widowControl/>
        <w:spacing w:line="262" w:lineRule="auto" w:before="190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приводить примеры лиственных и хвойных растений, сравнивать их, устанавливать различия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во внешнем виде.</w:t>
      </w:r>
    </w:p>
    <w:p>
      <w:pPr>
        <w:autoSpaceDN w:val="0"/>
        <w:autoSpaceDE w:val="0"/>
        <w:widowControl/>
        <w:spacing w:line="230" w:lineRule="auto" w:before="178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Работа с информацией:</w:t>
      </w:r>
    </w:p>
    <w:p>
      <w:pPr>
        <w:autoSpaceDN w:val="0"/>
        <w:autoSpaceDE w:val="0"/>
        <w:widowControl/>
        <w:spacing w:line="262" w:lineRule="auto" w:before="17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понимать, что информация может быть представлена в разной форме — текста, иллюстраций,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видео, таблицы; </w:t>
      </w:r>
    </w:p>
    <w:p>
      <w:pPr>
        <w:sectPr>
          <w:pgSz w:w="11900" w:h="16840"/>
          <w:pgMar w:top="298" w:right="650" w:bottom="450" w:left="666" w:header="720" w:footer="720" w:gutter="0"/>
          <w:cols w:space="720" w:num="1" w:equalWidth="0">
            <w:col w:w="10584" w:space="0"/>
            <w:col w:w="10468" w:space="0"/>
            <w:col w:w="10584" w:space="0"/>
            <w:col w:w="9020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10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соотносить иллюстрацию явления (объекта, предмета) с его названием.</w:t>
      </w:r>
    </w:p>
    <w:p>
      <w:pPr>
        <w:autoSpaceDN w:val="0"/>
        <w:autoSpaceDE w:val="0"/>
        <w:widowControl/>
        <w:spacing w:line="230" w:lineRule="auto" w:before="178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Коммуникативные универсальные учебные действия:</w:t>
      </w:r>
    </w:p>
    <w:p>
      <w:pPr>
        <w:autoSpaceDN w:val="0"/>
        <w:autoSpaceDE w:val="0"/>
        <w:widowControl/>
        <w:spacing w:line="262" w:lineRule="auto" w:before="178" w:after="0"/>
        <w:ind w:left="24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 процессе учебного диалога слушать говорящего; отвечать на вопросы, дополнять ответы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участников; уважительно от носиться к разным мнениям; </w:t>
      </w:r>
    </w:p>
    <w:p>
      <w:pPr>
        <w:autoSpaceDN w:val="0"/>
        <w:autoSpaceDE w:val="0"/>
        <w:widowControl/>
        <w:spacing w:line="262" w:lineRule="auto" w:before="190" w:after="0"/>
        <w:ind w:left="240" w:right="100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воспроизводить названия своего населенного пункта, название страны, её столицы;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воспроизводить наизусть слова гимна России; </w:t>
      </w:r>
    </w:p>
    <w:p>
      <w:pPr>
        <w:autoSpaceDN w:val="0"/>
        <w:autoSpaceDE w:val="0"/>
        <w:widowControl/>
        <w:spacing w:line="262" w:lineRule="auto" w:before="190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соотносить  предметы   декоративно-прикладного   искусства с принадлежностью народу РФ,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описывать предмет по предложенному плану; </w:t>
      </w:r>
    </w:p>
    <w:p>
      <w:pPr>
        <w:autoSpaceDN w:val="0"/>
        <w:autoSpaceDE w:val="0"/>
        <w:widowControl/>
        <w:spacing w:line="262" w:lineRule="auto" w:before="192" w:after="0"/>
        <w:ind w:left="24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описывать по предложенному плану время года, передавать в рассказе своё отношение 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природным явлениям; </w:t>
      </w:r>
    </w:p>
    <w:p>
      <w:pPr>
        <w:autoSpaceDN w:val="0"/>
        <w:autoSpaceDE w:val="0"/>
        <w:widowControl/>
        <w:spacing w:line="230" w:lineRule="auto" w:before="190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сравнивать домашних и диких животных, объяснять, чем они различаются.</w:t>
      </w:r>
    </w:p>
    <w:p>
      <w:pPr>
        <w:autoSpaceDN w:val="0"/>
        <w:autoSpaceDE w:val="0"/>
        <w:widowControl/>
        <w:spacing w:line="230" w:lineRule="auto" w:before="178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Регулятивные универсальные учебные действия:</w:t>
      </w:r>
    </w:p>
    <w:p>
      <w:pPr>
        <w:autoSpaceDN w:val="0"/>
        <w:autoSpaceDE w:val="0"/>
        <w:widowControl/>
        <w:spacing w:line="271" w:lineRule="auto" w:before="178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сравнивать организацию своей жизни с установленными правилами здорового образа жизни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(выполнение режима, двигательная активность, закаливание, безопасность использования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бытовых электроприборов); </w:t>
      </w:r>
    </w:p>
    <w:p>
      <w:pPr>
        <w:autoSpaceDN w:val="0"/>
        <w:autoSpaceDE w:val="0"/>
        <w:widowControl/>
        <w:spacing w:line="262" w:lineRule="auto" w:before="190" w:after="0"/>
        <w:ind w:left="24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оценивать выполнение правил безопасного поведения на дорогах и улицах другими детьми,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выполнять самооценку; </w:t>
      </w:r>
    </w:p>
    <w:p>
      <w:pPr>
        <w:autoSpaceDN w:val="0"/>
        <w:autoSpaceDE w:val="0"/>
        <w:widowControl/>
        <w:spacing w:line="271" w:lineRule="auto" w:before="190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анализировать предложенные ситуации: устанавливать нарушения режима дня, организации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учебной работы; нарушения правил дорожного движения, правил пользования электро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газовыми приборами.</w:t>
      </w:r>
    </w:p>
    <w:p>
      <w:pPr>
        <w:autoSpaceDN w:val="0"/>
        <w:autoSpaceDE w:val="0"/>
        <w:widowControl/>
        <w:spacing w:line="230" w:lineRule="auto" w:before="178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Совместная деятельность:</w:t>
      </w:r>
    </w:p>
    <w:p>
      <w:pPr>
        <w:autoSpaceDN w:val="0"/>
        <w:autoSpaceDE w:val="0"/>
        <w:widowControl/>
        <w:spacing w:line="271" w:lineRule="auto" w:before="178" w:after="0"/>
        <w:ind w:left="24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соблюдать правила общения в совместной деятельности: договариваться, справедливо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распределять работу, определять нарушение правил взаимоотношений, при участии учителя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устранять возникающие конфликты.</w:t>
      </w:r>
    </w:p>
    <w:p>
      <w:pPr>
        <w:sectPr>
          <w:pgSz w:w="11900" w:h="16840"/>
          <w:pgMar w:top="328" w:right="796" w:bottom="1440" w:left="846" w:header="720" w:footer="720" w:gutter="0"/>
          <w:cols w:space="720" w:num="1" w:equalWidth="0">
            <w:col w:w="10258" w:space="0"/>
            <w:col w:w="10584" w:space="0"/>
            <w:col w:w="10468" w:space="0"/>
            <w:col w:w="10584" w:space="0"/>
            <w:col w:w="9020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ПЛАНИРУЕМЫЕ ОБРАЗОВАТЕЛЬНЫЕ РЕЗУЛЬТАТЫ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346" w:after="0"/>
        <w:ind w:left="0" w:right="72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Изучение предмета "Окружающий мир" в 1 классе направлено на достижение обучающимися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личностных, метапредметных и предметных результатов освоения учебного предмета.</w:t>
      </w:r>
    </w:p>
    <w:p>
      <w:pPr>
        <w:autoSpaceDN w:val="0"/>
        <w:autoSpaceDE w:val="0"/>
        <w:widowControl/>
        <w:spacing w:line="230" w:lineRule="auto" w:before="226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ЛИЧНОСТНЫЕ РЕЗУЛЬТАТЫ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346" w:after="0"/>
        <w:ind w:left="0" w:right="72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Личностные результаты изучения предмета «Окружающий мир» характеризуют готовность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обучающихся руководствоваться традиционными российскими социокультурными и духовно-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нравственными ценностями, принятыми в обществе правилами и нормами поведения и должны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отражать приобретение первоначального опыта деятельности обучающихся, в части: </w:t>
      </w:r>
      <w:r>
        <w:br/>
      </w: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Гражданско-патриотического воспитания:</w:t>
      </w:r>
    </w:p>
    <w:p>
      <w:pPr>
        <w:autoSpaceDN w:val="0"/>
        <w:autoSpaceDE w:val="0"/>
        <w:widowControl/>
        <w:spacing w:line="262" w:lineRule="auto" w:before="180" w:after="0"/>
        <w:ind w:left="420" w:right="72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становление ценностного отношения к своей Родине — России; понимание особой роли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многонациональной России в современном мире; </w:t>
      </w:r>
    </w:p>
    <w:p>
      <w:pPr>
        <w:autoSpaceDN w:val="0"/>
        <w:autoSpaceDE w:val="0"/>
        <w:widowControl/>
        <w:spacing w:line="262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осознание своей этнокультурной и российской гражданской идентичности, принадлежности 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российскому народу, к своей национальной общности; </w:t>
      </w:r>
    </w:p>
    <w:p>
      <w:pPr>
        <w:autoSpaceDN w:val="0"/>
        <w:autoSpaceDE w:val="0"/>
        <w:widowControl/>
        <w:spacing w:line="271" w:lineRule="auto" w:before="190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сопричастность к прошлому, настоящему и будущему своей страны и родного края;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проявление интереса к истории и многонациональной культуре своей страны, уважения к своему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 другим народам; </w:t>
      </w:r>
    </w:p>
    <w:p>
      <w:pPr>
        <w:autoSpaceDN w:val="0"/>
        <w:autoSpaceDE w:val="0"/>
        <w:widowControl/>
        <w:spacing w:line="262" w:lineRule="auto" w:before="190" w:after="0"/>
        <w:ind w:left="420" w:right="144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первоначальные представления о человеке как члене общества, осознание прав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ответственности человека как члена общества.</w:t>
      </w:r>
    </w:p>
    <w:p>
      <w:pPr>
        <w:autoSpaceDN w:val="0"/>
        <w:autoSpaceDE w:val="0"/>
        <w:widowControl/>
        <w:spacing w:line="230" w:lineRule="auto" w:before="178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Духовно-нравственного воспитания:</w:t>
      </w:r>
    </w:p>
    <w:p>
      <w:pPr>
        <w:autoSpaceDN w:val="0"/>
        <w:autoSpaceDE w:val="0"/>
        <w:widowControl/>
        <w:spacing w:line="262" w:lineRule="auto" w:before="178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проявление культуры общения, уважительного отношения к людям, их взглядам, признанию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их индивидуальности; </w:t>
      </w:r>
    </w:p>
    <w:p>
      <w:pPr>
        <w:autoSpaceDN w:val="0"/>
        <w:autoSpaceDE w:val="0"/>
        <w:widowControl/>
        <w:spacing w:line="271" w:lineRule="auto" w:before="190" w:after="0"/>
        <w:ind w:left="420" w:right="86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принятие существующих в обществе нравственно-этических норм поведения и правил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межличностных отношений, которые строятся на проявлении гуманизма, сопереживания,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уважения и доброжелательности; </w:t>
      </w:r>
    </w:p>
    <w:p>
      <w:pPr>
        <w:autoSpaceDN w:val="0"/>
        <w:autoSpaceDE w:val="0"/>
        <w:widowControl/>
        <w:spacing w:line="271" w:lineRule="auto" w:before="190" w:after="0"/>
        <w:ind w:left="42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применение правил совместной деятельности, проявление способности договариваться,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неприятие любых форм поведения, направленных на причинение физического и морального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вреда другим людям.</w:t>
      </w:r>
    </w:p>
    <w:p>
      <w:pPr>
        <w:autoSpaceDN w:val="0"/>
        <w:autoSpaceDE w:val="0"/>
        <w:widowControl/>
        <w:spacing w:line="230" w:lineRule="auto" w:before="180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Эстетического воспитания:</w:t>
      </w:r>
    </w:p>
    <w:p>
      <w:pPr>
        <w:autoSpaceDN w:val="0"/>
        <w:autoSpaceDE w:val="0"/>
        <w:widowControl/>
        <w:spacing w:line="271" w:lineRule="auto" w:before="178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понимание особой роли России в развитии общемировой художественной культуры,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проявление уважительного отношения, восприимчивости и интереса к разным видам искусства,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традициям и творчеству своего и других народов; </w:t>
      </w:r>
    </w:p>
    <w:p>
      <w:pPr>
        <w:autoSpaceDN w:val="0"/>
        <w:autoSpaceDE w:val="0"/>
        <w:widowControl/>
        <w:spacing w:line="262" w:lineRule="auto" w:before="190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использование полученных знаний в продуктивной и преобразующей деятельности, в разных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видах художественной деятельности.</w:t>
      </w:r>
    </w:p>
    <w:p>
      <w:pPr>
        <w:autoSpaceDN w:val="0"/>
        <w:autoSpaceDE w:val="0"/>
        <w:widowControl/>
        <w:spacing w:line="230" w:lineRule="auto" w:before="178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Физического воспитания, формирования культуры здоровья и эмоционального благополучия:</w:t>
      </w:r>
    </w:p>
    <w:p>
      <w:pPr>
        <w:autoSpaceDN w:val="0"/>
        <w:autoSpaceDE w:val="0"/>
        <w:widowControl/>
        <w:spacing w:line="271" w:lineRule="auto" w:before="178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соблюдение правил организации здорового и безопасного (для себя и других людей) образа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жизни; выполнение правил безопасного поведении в окружающей среде (в том числе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информационной); </w:t>
      </w:r>
    </w:p>
    <w:p>
      <w:pPr>
        <w:autoSpaceDN w:val="0"/>
        <w:autoSpaceDE w:val="0"/>
        <w:widowControl/>
        <w:spacing w:line="262" w:lineRule="auto" w:before="190" w:after="0"/>
        <w:ind w:left="42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приобретение опыта эмоционального отношения к среде обитания, бережное отношение 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физическому и психическому здоровью.</w:t>
      </w:r>
    </w:p>
    <w:p>
      <w:pPr>
        <w:sectPr>
          <w:pgSz w:w="11900" w:h="16840"/>
          <w:pgMar w:top="298" w:right="648" w:bottom="450" w:left="666" w:header="720" w:footer="720" w:gutter="0"/>
          <w:cols w:space="720" w:num="1" w:equalWidth="0">
            <w:col w:w="10586" w:space="0"/>
            <w:col w:w="10258" w:space="0"/>
            <w:col w:w="10584" w:space="0"/>
            <w:col w:w="10468" w:space="0"/>
            <w:col w:w="10584" w:space="0"/>
            <w:col w:w="9020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Трудового воспитания:</w:t>
      </w:r>
    </w:p>
    <w:p>
      <w:pPr>
        <w:autoSpaceDN w:val="0"/>
        <w:autoSpaceDE w:val="0"/>
        <w:widowControl/>
        <w:spacing w:line="271" w:lineRule="auto" w:before="178" w:after="0"/>
        <w:ind w:left="42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осознание ценности трудовой деятельности в жизни человека и общества, ответственное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потребление и бережное отношение к результатам труда, навыки участия в различных видах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трудовой деятельности, интерес к различным профессиям.</w:t>
      </w:r>
    </w:p>
    <w:p>
      <w:pPr>
        <w:autoSpaceDN w:val="0"/>
        <w:autoSpaceDE w:val="0"/>
        <w:widowControl/>
        <w:spacing w:line="230" w:lineRule="auto" w:before="178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Экологического воспитания:</w:t>
      </w:r>
    </w:p>
    <w:p>
      <w:pPr>
        <w:autoSpaceDN w:val="0"/>
        <w:autoSpaceDE w:val="0"/>
        <w:widowControl/>
        <w:spacing w:line="262" w:lineRule="auto" w:before="178" w:after="0"/>
        <w:ind w:left="42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осознание роли человека в природе и обществе, принятие экологических норм поведения,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бережного отношения к природе, неприятие действий, приносящих ей вред.</w:t>
      </w:r>
    </w:p>
    <w:p>
      <w:pPr>
        <w:autoSpaceDN w:val="0"/>
        <w:autoSpaceDE w:val="0"/>
        <w:widowControl/>
        <w:spacing w:line="230" w:lineRule="auto" w:before="178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Ценности научного познания:</w:t>
      </w:r>
    </w:p>
    <w:p>
      <w:pPr>
        <w:autoSpaceDN w:val="0"/>
        <w:autoSpaceDE w:val="0"/>
        <w:widowControl/>
        <w:spacing w:line="230" w:lineRule="auto" w:before="18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ориентация в деятельности на первоначальные представления о научной картине мира; </w:t>
      </w:r>
    </w:p>
    <w:p>
      <w:pPr>
        <w:autoSpaceDN w:val="0"/>
        <w:autoSpaceDE w:val="0"/>
        <w:widowControl/>
        <w:spacing w:line="271" w:lineRule="auto" w:before="192" w:after="0"/>
        <w:ind w:left="42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осознание ценности познания, проявление познавательного интереса, активности,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инициативности, любознательности и самостоятельности в обогащении своих знаний, в том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числе с использованием различных информационных средств.</w:t>
      </w:r>
    </w:p>
    <w:p>
      <w:pPr>
        <w:autoSpaceDN w:val="0"/>
        <w:autoSpaceDE w:val="0"/>
        <w:widowControl/>
        <w:spacing w:line="230" w:lineRule="auto" w:before="286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МЕТАПРЕДМЕТНЫЕ РЕЗУЛЬТАТЫ</w:t>
      </w:r>
    </w:p>
    <w:p>
      <w:pPr>
        <w:autoSpaceDN w:val="0"/>
        <w:autoSpaceDE w:val="0"/>
        <w:widowControl/>
        <w:spacing w:line="262" w:lineRule="auto" w:before="346" w:after="0"/>
        <w:ind w:left="180" w:right="4752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Познавательныеуниверсальные учебные действия: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1)  Базовые логические действия:</w:t>
      </w:r>
    </w:p>
    <w:p>
      <w:pPr>
        <w:autoSpaceDN w:val="0"/>
        <w:autoSpaceDE w:val="0"/>
        <w:widowControl/>
        <w:spacing w:line="262" w:lineRule="auto" w:before="178" w:after="0"/>
        <w:ind w:left="420" w:right="72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понимать целостность окружающего мира (взаимосвязь природной и социальной среды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обитания), проявлять способность ориентироваться в изменяющейся действительности; </w:t>
      </w:r>
    </w:p>
    <w:p>
      <w:pPr>
        <w:autoSpaceDN w:val="0"/>
        <w:autoSpaceDE w:val="0"/>
        <w:widowControl/>
        <w:spacing w:line="271" w:lineRule="auto" w:before="190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на основе наблюдений доступных объектов окружающего мира устанавливать связи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зависимости между объектами (часть — целое; причина — следствие; изменения во времени и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пространстве); </w:t>
      </w:r>
    </w:p>
    <w:p>
      <w:pPr>
        <w:autoSpaceDN w:val="0"/>
        <w:autoSpaceDE w:val="0"/>
        <w:widowControl/>
        <w:spacing w:line="262" w:lineRule="auto" w:before="190" w:after="0"/>
        <w:ind w:left="420" w:right="129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сравнивать объекты окружающего мира, устанавливать основания для сравнения,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устанавливать аналогии; 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объединять части объекта (объекты) по определённому признаку; </w:t>
      </w:r>
    </w:p>
    <w:p>
      <w:pPr>
        <w:autoSpaceDN w:val="0"/>
        <w:autoSpaceDE w:val="0"/>
        <w:widowControl/>
        <w:spacing w:line="262" w:lineRule="auto" w:before="190" w:after="0"/>
        <w:ind w:left="42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определять существенный признак для классификации, классифицировать предложенные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объекты; </w:t>
      </w:r>
    </w:p>
    <w:p>
      <w:pPr>
        <w:autoSpaceDN w:val="0"/>
        <w:autoSpaceDE w:val="0"/>
        <w:widowControl/>
        <w:spacing w:line="262" w:lineRule="auto" w:before="192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находить закономерности и противоречия в рассматриваемых фактах, данных и наблюдениях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 основе предложенного алгоритма; </w:t>
      </w:r>
    </w:p>
    <w:p>
      <w:pPr>
        <w:autoSpaceDN w:val="0"/>
        <w:autoSpaceDE w:val="0"/>
        <w:widowControl/>
        <w:spacing w:line="262" w:lineRule="auto" w:before="192" w:after="0"/>
        <w:ind w:left="42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выявлять недостаток информации для решения учебной (практической) задачи на основе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предложенного алгоритма</w:t>
      </w:r>
    </w:p>
    <w:p>
      <w:pPr>
        <w:autoSpaceDN w:val="0"/>
        <w:autoSpaceDE w:val="0"/>
        <w:widowControl/>
        <w:spacing w:line="230" w:lineRule="auto" w:before="178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2)  Базовые исследовательские действия:</w:t>
      </w:r>
    </w:p>
    <w:p>
      <w:pPr>
        <w:autoSpaceDN w:val="0"/>
        <w:autoSpaceDE w:val="0"/>
        <w:widowControl/>
        <w:spacing w:line="271" w:lineRule="auto" w:before="178" w:after="0"/>
        <w:ind w:left="42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проводить (по предложенному и самостоятельно составленному плану или выдвинутому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предположению) наблюдения, несложные опыты; проявлять интерес к экспериментам,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проводимым под руководством учителя; </w:t>
      </w:r>
    </w:p>
    <w:p>
      <w:pPr>
        <w:autoSpaceDN w:val="0"/>
        <w:autoSpaceDE w:val="0"/>
        <w:widowControl/>
        <w:spacing w:line="262" w:lineRule="auto" w:before="190" w:after="0"/>
        <w:ind w:left="420" w:right="72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определять разницу между реальным и желательным состоянием объекта (ситуации) 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основе предложенных вопросов; </w:t>
      </w:r>
    </w:p>
    <w:p>
      <w:pPr>
        <w:autoSpaceDN w:val="0"/>
        <w:autoSpaceDE w:val="0"/>
        <w:widowControl/>
        <w:spacing w:line="262" w:lineRule="auto" w:before="190" w:after="0"/>
        <w:ind w:left="42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формулировать с помощью учителя цель предстоящей работы, прогнозировать возможное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развитие процессов, событий и последствия в аналогичных или сходных ситуациях; </w:t>
      </w:r>
    </w:p>
    <w:p>
      <w:pPr>
        <w:autoSpaceDN w:val="0"/>
        <w:autoSpaceDE w:val="0"/>
        <w:widowControl/>
        <w:spacing w:line="262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моделировать ситуации на основе изученного материала о связях в природе (живая и неживая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природа, цепи питания; природные зоны), а также в социуме (лента времени; поведение и его</w:t>
      </w:r>
    </w:p>
    <w:p>
      <w:pPr>
        <w:sectPr>
          <w:pgSz w:w="11900" w:h="16840"/>
          <w:pgMar w:top="298" w:right="650" w:bottom="324" w:left="666" w:header="720" w:footer="720" w:gutter="0"/>
          <w:cols w:space="720" w:num="1" w:equalWidth="0">
            <w:col w:w="10584" w:space="0"/>
            <w:col w:w="10586" w:space="0"/>
            <w:col w:w="10258" w:space="0"/>
            <w:col w:w="10584" w:space="0"/>
            <w:col w:w="10468" w:space="0"/>
            <w:col w:w="10584" w:space="0"/>
            <w:col w:w="9020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последствия; коллективный труд и его результаты и др. ); </w:t>
      </w:r>
    </w:p>
    <w:p>
      <w:pPr>
        <w:autoSpaceDN w:val="0"/>
        <w:autoSpaceDE w:val="0"/>
        <w:widowControl/>
        <w:spacing w:line="271" w:lineRule="auto" w:before="190" w:after="0"/>
        <w:ind w:left="240" w:right="72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проводить по предложенному плану опыт, несложное исследование по установлению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особенностей объекта изучения и связей между объектами (часть — целое, причина —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следствие); </w:t>
      </w:r>
    </w:p>
    <w:p>
      <w:pPr>
        <w:autoSpaceDN w:val="0"/>
        <w:autoSpaceDE w:val="0"/>
        <w:widowControl/>
        <w:spacing w:line="262" w:lineRule="auto" w:before="190" w:after="0"/>
        <w:ind w:left="240" w:right="115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формулировать выводы и подкреплять их доказательствами на основе результатов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проведённого наблюдения (опыта, измерения, исследования).</w:t>
      </w:r>
    </w:p>
    <w:p>
      <w:pPr>
        <w:autoSpaceDN w:val="0"/>
        <w:autoSpaceDE w:val="0"/>
        <w:widowControl/>
        <w:spacing w:line="230" w:lineRule="auto" w:before="178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3)  Работа с информацией:</w:t>
      </w:r>
    </w:p>
    <w:p>
      <w:pPr>
        <w:autoSpaceDN w:val="0"/>
        <w:autoSpaceDE w:val="0"/>
        <w:widowControl/>
        <w:spacing w:line="262" w:lineRule="auto" w:before="178" w:after="0"/>
        <w:ind w:left="24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использовать различные источники для поиска информации, выбирать источник получения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информации с учётом учебной задачи; </w:t>
      </w:r>
    </w:p>
    <w:p>
      <w:pPr>
        <w:autoSpaceDN w:val="0"/>
        <w:autoSpaceDE w:val="0"/>
        <w:widowControl/>
        <w:spacing w:line="262" w:lineRule="auto" w:before="192" w:after="0"/>
        <w:ind w:left="240" w:right="100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согласно заданному алгоритму находить в предложенном источнике информацию,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представленную в явном виде; </w:t>
      </w:r>
    </w:p>
    <w:p>
      <w:pPr>
        <w:autoSpaceDN w:val="0"/>
        <w:autoSpaceDE w:val="0"/>
        <w:widowControl/>
        <w:spacing w:line="262" w:lineRule="auto" w:before="190" w:after="0"/>
        <w:ind w:left="24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распознавать достоверную и недостоверную информацию самостоятельно или на основе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предложенного учителем способа её проверки; </w:t>
      </w:r>
    </w:p>
    <w:p>
      <w:pPr>
        <w:autoSpaceDN w:val="0"/>
        <w:autoSpaceDE w:val="0"/>
        <w:widowControl/>
        <w:spacing w:line="262" w:lineRule="auto" w:before="190" w:after="0"/>
        <w:ind w:left="240" w:right="144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находить и использовать для решения учебных задач текстовую, графическую,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аудиовизуальную информацию; </w:t>
      </w:r>
    </w:p>
    <w:p>
      <w:pPr>
        <w:autoSpaceDN w:val="0"/>
        <w:autoSpaceDE w:val="0"/>
        <w:widowControl/>
        <w:spacing w:line="262" w:lineRule="auto" w:before="190" w:after="0"/>
        <w:ind w:left="240" w:right="72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читать и интерпретировать графически представленную информацию (схему, таблицу,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иллюстрацию); </w:t>
      </w:r>
    </w:p>
    <w:p>
      <w:pPr>
        <w:autoSpaceDN w:val="0"/>
        <w:autoSpaceDE w:val="0"/>
        <w:widowControl/>
        <w:spacing w:line="262" w:lineRule="auto" w:before="190" w:after="0"/>
        <w:ind w:left="24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соблюдать правила информационной безопасности в условиях контролируемого доступа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Интернет (с помощью учителя); </w:t>
      </w:r>
    </w:p>
    <w:p>
      <w:pPr>
        <w:autoSpaceDN w:val="0"/>
        <w:autoSpaceDE w:val="0"/>
        <w:widowControl/>
        <w:spacing w:line="262" w:lineRule="auto" w:before="190" w:after="0"/>
        <w:ind w:left="240" w:right="86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анализировать и создавать текстовую, видео, графическую, звуковую информацию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соответствии с учебной задачей;</w:t>
      </w:r>
    </w:p>
    <w:p>
      <w:pPr>
        <w:autoSpaceDN w:val="0"/>
        <w:autoSpaceDE w:val="0"/>
        <w:widowControl/>
        <w:spacing w:line="262" w:lineRule="auto" w:before="190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фиксировать полученные результаты в текстовой форме (отчёт, выступление, высказывание)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 графическом виде (рисунок, схема, диаграмма).</w:t>
      </w:r>
    </w:p>
    <w:p>
      <w:pPr>
        <w:autoSpaceDN w:val="0"/>
        <w:autoSpaceDE w:val="0"/>
        <w:widowControl/>
        <w:spacing w:line="230" w:lineRule="auto" w:before="178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Коммуникативные универсальные учебные действия:</w:t>
      </w:r>
    </w:p>
    <w:p>
      <w:pPr>
        <w:autoSpaceDN w:val="0"/>
        <w:autoSpaceDE w:val="0"/>
        <w:widowControl/>
        <w:spacing w:line="262" w:lineRule="auto" w:before="178" w:after="0"/>
        <w:ind w:left="24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 процессе диалогов задавать вопросы, высказывать суждения, оценивать выступления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участников; </w:t>
      </w:r>
    </w:p>
    <w:p>
      <w:pPr>
        <w:autoSpaceDN w:val="0"/>
        <w:autoSpaceDE w:val="0"/>
        <w:widowControl/>
        <w:spacing w:line="262" w:lineRule="auto" w:before="192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признавать возможность существования разных точек зрения; корректно и аргументированно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высказывать своё мнение; приводить доказательства своей правоты; </w:t>
      </w:r>
    </w:p>
    <w:p>
      <w:pPr>
        <w:autoSpaceDN w:val="0"/>
        <w:autoSpaceDE w:val="0"/>
        <w:widowControl/>
        <w:spacing w:line="262" w:lineRule="auto" w:before="192" w:after="0"/>
        <w:ind w:left="24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соблюдать правила ведения диалога и дискуссии; проявлять уважительное отношение 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собеседнику; </w:t>
      </w:r>
    </w:p>
    <w:p>
      <w:pPr>
        <w:autoSpaceDN w:val="0"/>
        <w:autoSpaceDE w:val="0"/>
        <w:widowControl/>
        <w:spacing w:line="262" w:lineRule="auto" w:before="190" w:after="0"/>
        <w:ind w:left="24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использовать смысловое чтение для определения темы, главной мысли текста о природе,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социальной жизни, взаимоотношениях и поступках людей; </w:t>
      </w:r>
    </w:p>
    <w:p>
      <w:pPr>
        <w:autoSpaceDN w:val="0"/>
        <w:autoSpaceDE w:val="0"/>
        <w:widowControl/>
        <w:spacing w:line="230" w:lineRule="auto" w:before="190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создавать устные и письменные тексты (описание, рассуждение, повествование); </w:t>
      </w:r>
    </w:p>
    <w:p>
      <w:pPr>
        <w:autoSpaceDN w:val="0"/>
        <w:autoSpaceDE w:val="0"/>
        <w:widowControl/>
        <w:spacing w:line="262" w:lineRule="auto" w:before="190" w:after="0"/>
        <w:ind w:left="24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конструировать обобщения и выводы на основе полученных результатов наблюдений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опытной работы, подкреплять их доказательствами; </w:t>
      </w:r>
    </w:p>
    <w:p>
      <w:pPr>
        <w:autoSpaceDN w:val="0"/>
        <w:autoSpaceDE w:val="0"/>
        <w:widowControl/>
        <w:spacing w:line="262" w:lineRule="auto" w:before="190" w:after="0"/>
        <w:ind w:left="24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находить ошибки и восстанавливать деформированный текст об изученных объектах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явлениях природы, событиях социальной жизни; </w:t>
      </w:r>
    </w:p>
    <w:p>
      <w:pPr>
        <w:autoSpaceDN w:val="0"/>
        <w:autoSpaceDE w:val="0"/>
        <w:widowControl/>
        <w:spacing w:line="262" w:lineRule="auto" w:before="190" w:after="0"/>
        <w:ind w:left="24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готовить небольшие публичные выступления с возможной презентацией (текст, рисунки,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фото, плакаты и др. ) к тексту выступления.</w:t>
      </w:r>
    </w:p>
    <w:p>
      <w:pPr>
        <w:sectPr>
          <w:pgSz w:w="11900" w:h="16840"/>
          <w:pgMar w:top="286" w:right="790" w:bottom="438" w:left="846" w:header="720" w:footer="720" w:gutter="0"/>
          <w:cols w:space="720" w:num="1" w:equalWidth="0">
            <w:col w:w="10264" w:space="0"/>
            <w:col w:w="10584" w:space="0"/>
            <w:col w:w="10586" w:space="0"/>
            <w:col w:w="10258" w:space="0"/>
            <w:col w:w="10584" w:space="0"/>
            <w:col w:w="10468" w:space="0"/>
            <w:col w:w="10584" w:space="0"/>
            <w:col w:w="9020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2" w:lineRule="auto" w:before="0" w:after="0"/>
        <w:ind w:left="180" w:right="4896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Регулятивные универсальные учебные действия: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1)  Самоорганизация:</w:t>
      </w:r>
    </w:p>
    <w:p>
      <w:pPr>
        <w:autoSpaceDN w:val="0"/>
        <w:autoSpaceDE w:val="0"/>
        <w:widowControl/>
        <w:spacing w:line="262" w:lineRule="auto" w:before="178" w:after="0"/>
        <w:ind w:left="420" w:right="72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планировать самостоятельно или с небольшой помощью учителя действия по решению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учебной задачи; 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выстраивать последовательность выбранных действий и операций.</w:t>
      </w:r>
    </w:p>
    <w:p>
      <w:pPr>
        <w:autoSpaceDN w:val="0"/>
        <w:autoSpaceDE w:val="0"/>
        <w:widowControl/>
        <w:spacing w:line="230" w:lineRule="auto" w:before="178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2)  Самоконтроль:</w:t>
      </w:r>
    </w:p>
    <w:p>
      <w:pPr>
        <w:autoSpaceDN w:val="0"/>
        <w:autoSpaceDE w:val="0"/>
        <w:widowControl/>
        <w:spacing w:line="230" w:lineRule="auto" w:before="17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осуществлять контроль процесса и результата своей деятельности; </w:t>
      </w:r>
    </w:p>
    <w:p>
      <w:pPr>
        <w:autoSpaceDN w:val="0"/>
        <w:autoSpaceDE w:val="0"/>
        <w:widowControl/>
        <w:spacing w:line="262" w:lineRule="auto" w:before="190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находить ошибки в своей работе и устанавливать их причины; корректировать свои действия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 необходимости (с небольшой помощью учителя); </w:t>
      </w:r>
    </w:p>
    <w:p>
      <w:pPr>
        <w:autoSpaceDN w:val="0"/>
        <w:autoSpaceDE w:val="0"/>
        <w:widowControl/>
        <w:spacing w:line="262" w:lineRule="auto" w:before="192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предвидеть возможность возникновения трудностей и ошибок, предусматривать способы 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предупреждения, в том числе в житейских ситуациях, опасных для здоровья и жизни.</w:t>
      </w:r>
    </w:p>
    <w:p>
      <w:pPr>
        <w:autoSpaceDN w:val="0"/>
        <w:autoSpaceDE w:val="0"/>
        <w:widowControl/>
        <w:spacing w:line="230" w:lineRule="auto" w:before="178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3)  Самооценка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:</w:t>
      </w:r>
    </w:p>
    <w:p>
      <w:pPr>
        <w:autoSpaceDN w:val="0"/>
        <w:autoSpaceDE w:val="0"/>
        <w:widowControl/>
        <w:spacing w:line="262" w:lineRule="auto" w:before="178" w:after="0"/>
        <w:ind w:left="42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объективно оценивать результаты своей деятельности, соотносить свою оценку с оценкой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учителя; </w:t>
      </w:r>
    </w:p>
    <w:p>
      <w:pPr>
        <w:autoSpaceDN w:val="0"/>
        <w:autoSpaceDE w:val="0"/>
        <w:widowControl/>
        <w:spacing w:line="262" w:lineRule="auto" w:before="190" w:after="0"/>
        <w:ind w:left="420" w:right="144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оценивать целесообразность выбранных способов действия, при необходимости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корректировать их.</w:t>
      </w:r>
    </w:p>
    <w:p>
      <w:pPr>
        <w:autoSpaceDN w:val="0"/>
        <w:autoSpaceDE w:val="0"/>
        <w:widowControl/>
        <w:spacing w:line="230" w:lineRule="auto" w:before="178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Совместная деятельность:</w:t>
      </w:r>
    </w:p>
    <w:p>
      <w:pPr>
        <w:autoSpaceDN w:val="0"/>
        <w:autoSpaceDE w:val="0"/>
        <w:widowControl/>
        <w:spacing w:line="271" w:lineRule="auto" w:before="178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понимать значение коллективной деятельности для успешного решения учебной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(практической) задачи; активно участвовать в формулировании краткосрочных и долгосрочных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целей совместной деятельности (на основе изученного материала по окружающему миру); </w:t>
      </w:r>
    </w:p>
    <w:p>
      <w:pPr>
        <w:autoSpaceDN w:val="0"/>
        <w:autoSpaceDE w:val="0"/>
        <w:widowControl/>
        <w:spacing w:line="262" w:lineRule="auto" w:before="190" w:after="0"/>
        <w:ind w:left="420" w:right="158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коллективно строить действия по достижению общей цели: распределять роли,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договариваться, обсуждать процесс и результат совместной работы; 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проявлять готовность руководить, выполнять поручения, подчиняться; </w:t>
      </w:r>
    </w:p>
    <w:p>
      <w:pPr>
        <w:autoSpaceDN w:val="0"/>
        <w:autoSpaceDE w:val="0"/>
        <w:widowControl/>
        <w:spacing w:line="271" w:lineRule="auto" w:before="190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выполнять правила совместной деятельности: справедливо распределять и оценивать работу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каждого участника; считаться с наличием разных мнений; не допускать  конфликтов, при 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возникновении мирно разрешать без участия взрослого; </w:t>
      </w:r>
    </w:p>
    <w:p>
      <w:pPr>
        <w:autoSpaceDN w:val="0"/>
        <w:autoSpaceDE w:val="0"/>
        <w:widowControl/>
        <w:spacing w:line="230" w:lineRule="auto" w:before="192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ответственно выполнять свою часть работы.</w:t>
      </w:r>
    </w:p>
    <w:p>
      <w:pPr>
        <w:autoSpaceDN w:val="0"/>
        <w:autoSpaceDE w:val="0"/>
        <w:widowControl/>
        <w:spacing w:line="230" w:lineRule="auto" w:before="288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ПРЕДМЕТНЫЕ РЕЗУЛЬТАТЫ</w:t>
      </w:r>
    </w:p>
    <w:p>
      <w:pPr>
        <w:autoSpaceDN w:val="0"/>
        <w:autoSpaceDE w:val="0"/>
        <w:widowControl/>
        <w:spacing w:line="230" w:lineRule="auto" w:before="346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 концу обучения в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1 классе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обучающийся научится:</w:t>
      </w:r>
    </w:p>
    <w:p>
      <w:pPr>
        <w:autoSpaceDN w:val="0"/>
        <w:autoSpaceDE w:val="0"/>
        <w:widowControl/>
        <w:spacing w:line="271" w:lineRule="auto" w:before="178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называть себя и членов своей семьи по фамилии, имени, отчеству, профессии членов своей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семьи, домашний адрес и адрес своей школы; проявлять уважение к семейным ценностям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традициям, соблюдать правила нравственного поведения в социуме и на природе; 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воспроизводить название своего населённого пункта, региона, страны; </w:t>
      </w:r>
    </w:p>
    <w:p>
      <w:pPr>
        <w:autoSpaceDN w:val="0"/>
        <w:autoSpaceDE w:val="0"/>
        <w:widowControl/>
        <w:spacing w:line="262" w:lineRule="auto" w:before="190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приводить примеры культурных объектов родного края, школьных традиций и праздников,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традиций и ценностей своей семьи, профессий; </w:t>
      </w:r>
    </w:p>
    <w:p>
      <w:pPr>
        <w:autoSpaceDN w:val="0"/>
        <w:autoSpaceDE w:val="0"/>
        <w:widowControl/>
        <w:spacing w:line="271" w:lineRule="auto" w:before="190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различать объекты живой и неживой природы, объекты, созданные человеком, и природные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материалы, части растений (корень, стебель, лист, цветок, плод, семя), группы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животных(насекомые, рыбы, птицы, звери); </w:t>
      </w:r>
    </w:p>
    <w:p>
      <w:pPr>
        <w:sectPr>
          <w:pgSz w:w="11900" w:h="16840"/>
          <w:pgMar w:top="298" w:right="650" w:bottom="432" w:left="666" w:header="720" w:footer="720" w:gutter="0"/>
          <w:cols w:space="720" w:num="1" w:equalWidth="0">
            <w:col w:w="10584" w:space="0"/>
            <w:col w:w="10264" w:space="0"/>
            <w:col w:w="10584" w:space="0"/>
            <w:col w:w="10586" w:space="0"/>
            <w:col w:w="10258" w:space="0"/>
            <w:col w:w="10584" w:space="0"/>
            <w:col w:w="10468" w:space="0"/>
            <w:col w:w="10584" w:space="0"/>
            <w:col w:w="9020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108"/>
        <w:ind w:left="0" w:right="0"/>
      </w:pPr>
    </w:p>
    <w:p>
      <w:pPr>
        <w:autoSpaceDN w:val="0"/>
        <w:autoSpaceDE w:val="0"/>
        <w:widowControl/>
        <w:spacing w:line="276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описывать на основе опорных слов наиболее распространённые в родном крае дикорастущие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 культурные растения, диких и домашних животных; сезонные явления в разные времена года;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деревья, кустарники, травы; основные группы животных (насекомые, рыбы, птицы, звери);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выделять их наиболее существенные признаки; </w:t>
      </w:r>
    </w:p>
    <w:p>
      <w:pPr>
        <w:autoSpaceDN w:val="0"/>
        <w:autoSpaceDE w:val="0"/>
        <w:widowControl/>
        <w:spacing w:line="230" w:lineRule="auto" w:before="19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применять правила ухода за комнатными растениями и домашними животными; </w:t>
      </w:r>
    </w:p>
    <w:p>
      <w:pPr>
        <w:autoSpaceDN w:val="0"/>
        <w:autoSpaceDE w:val="0"/>
        <w:widowControl/>
        <w:spacing w:line="276" w:lineRule="auto" w:before="190" w:after="0"/>
        <w:ind w:left="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проводить, соблюдая правила безопасного труда, несложные групповые и индивидуальные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наблюдения (в том числе за сезонными изменениями в природе своей местности), измерения (в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том числе вести счёт времени, измерять температуру воздуха) и опыты под руководством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учителя; </w:t>
      </w:r>
    </w:p>
    <w:p>
      <w:pPr>
        <w:autoSpaceDN w:val="0"/>
        <w:autoSpaceDE w:val="0"/>
        <w:widowControl/>
        <w:spacing w:line="230" w:lineRule="auto" w:before="192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использовать для ответов на вопросы небольшие тексты о природе и обществе; </w:t>
      </w:r>
    </w:p>
    <w:p>
      <w:pPr>
        <w:autoSpaceDN w:val="0"/>
        <w:autoSpaceDE w:val="0"/>
        <w:widowControl/>
        <w:spacing w:line="262" w:lineRule="auto" w:before="192" w:after="0"/>
        <w:ind w:left="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оценивать ситуации, раскрывающие положительное и негативное отношение к природе;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правила поведения в быту, в общественных местах; </w:t>
      </w:r>
    </w:p>
    <w:p>
      <w:pPr>
        <w:autoSpaceDN w:val="0"/>
        <w:autoSpaceDE w:val="0"/>
        <w:widowControl/>
        <w:spacing w:line="262" w:lineRule="auto" w:before="190" w:after="0"/>
        <w:ind w:left="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соблюдать правила безопасности на учебном месте школьника; во время наблюдений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опытов; безопасно пользоваться бытовыми электроприборами; </w:t>
      </w:r>
    </w:p>
    <w:p>
      <w:pPr>
        <w:autoSpaceDN w:val="0"/>
        <w:autoSpaceDE w:val="0"/>
        <w:widowControl/>
        <w:spacing w:line="230" w:lineRule="auto" w:before="19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соблюдать правила здорового питания и личной гигиены; </w:t>
      </w:r>
    </w:p>
    <w:p>
      <w:pPr>
        <w:autoSpaceDN w:val="0"/>
        <w:autoSpaceDE w:val="0"/>
        <w:widowControl/>
        <w:spacing w:line="230" w:lineRule="auto" w:before="19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соблюдать правила безопасного поведения пешехода; </w:t>
      </w:r>
    </w:p>
    <w:p>
      <w:pPr>
        <w:autoSpaceDN w:val="0"/>
        <w:autoSpaceDE w:val="0"/>
        <w:widowControl/>
        <w:spacing w:line="230" w:lineRule="auto" w:before="19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соблюдать правила безопасного поведения в природе; </w:t>
      </w:r>
    </w:p>
    <w:p>
      <w:pPr>
        <w:autoSpaceDN w:val="0"/>
        <w:autoSpaceDE w:val="0"/>
        <w:widowControl/>
        <w:spacing w:line="262" w:lineRule="auto" w:before="190" w:after="0"/>
        <w:ind w:left="0" w:right="100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 помощью взрослых (учителя, родителей) пользоваться электронным дневником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электронными ресурсами школы.</w:t>
      </w:r>
    </w:p>
    <w:p>
      <w:pPr>
        <w:sectPr>
          <w:pgSz w:w="11900" w:h="16840"/>
          <w:pgMar w:top="328" w:right="840" w:bottom="1440" w:left="1086" w:header="720" w:footer="720" w:gutter="0"/>
          <w:cols w:space="720" w:num="1" w:equalWidth="0">
            <w:col w:w="9974" w:space="0"/>
            <w:col w:w="10584" w:space="0"/>
            <w:col w:w="10264" w:space="0"/>
            <w:col w:w="10584" w:space="0"/>
            <w:col w:w="10586" w:space="0"/>
            <w:col w:w="10258" w:space="0"/>
            <w:col w:w="10584" w:space="0"/>
            <w:col w:w="10468" w:space="0"/>
            <w:col w:w="10584" w:space="0"/>
            <w:col w:w="9020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4"/>
        <w:ind w:left="0" w:right="0"/>
      </w:pPr>
    </w:p>
    <w:p>
      <w:pPr>
        <w:autoSpaceDN w:val="0"/>
        <w:autoSpaceDE w:val="0"/>
        <w:widowControl/>
        <w:spacing w:line="233" w:lineRule="auto" w:before="0" w:after="258"/>
        <w:ind w:left="0" w:right="0" w:firstLine="0"/>
        <w:jc w:val="left"/>
      </w:pPr>
      <w:r>
        <w:rPr>
          <w:w w:val="101.11057883814763"/>
          <w:rFonts w:ascii="Times New Roman" w:hAnsi="Times New Roman" w:eastAsia="Times New Roman"/>
          <w:b/>
          <w:i w:val="0"/>
          <w:color w:val="000000"/>
          <w:sz w:val="19"/>
        </w:rPr>
        <w:t xml:space="preserve">ТЕМАТИЧЕСКОЕ ПЛАНИРОВАНИЕ 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348"/>
        </w:trPr>
        <w:tc>
          <w:tcPr>
            <w:tcW w:type="dxa" w:w="468"/>
            <w:vMerge w:val="restart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144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№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п/п</w:t>
            </w:r>
          </w:p>
        </w:tc>
        <w:tc>
          <w:tcPr>
            <w:tcW w:type="dxa" w:w="3590"/>
            <w:vMerge w:val="restart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Наименование разделов и тем программы</w:t>
            </w:r>
          </w:p>
        </w:tc>
        <w:tc>
          <w:tcPr>
            <w:tcW w:type="dxa" w:w="2774"/>
            <w:gridSpan w:val="3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Количество часов</w:t>
            </w:r>
          </w:p>
        </w:tc>
        <w:tc>
          <w:tcPr>
            <w:tcW w:type="dxa" w:w="864"/>
            <w:vMerge w:val="restart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Дата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изучения</w:t>
            </w:r>
          </w:p>
        </w:tc>
        <w:tc>
          <w:tcPr>
            <w:tcW w:type="dxa" w:w="4094"/>
            <w:vMerge w:val="restart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Виды деятельности</w:t>
            </w:r>
          </w:p>
        </w:tc>
        <w:tc>
          <w:tcPr>
            <w:tcW w:type="dxa" w:w="1274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Виды, формы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контроля</w:t>
            </w:r>
          </w:p>
        </w:tc>
        <w:tc>
          <w:tcPr>
            <w:tcW w:type="dxa" w:w="2438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Электронные (цифровые)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образовательные ресурсы</w:t>
            </w:r>
          </w:p>
        </w:tc>
      </w:tr>
      <w:tr>
        <w:trPr>
          <w:trHeight w:hRule="exact" w:val="540"/>
        </w:trPr>
        <w:tc>
          <w:tcPr>
            <w:tcW w:type="dxa" w:w="1726"/>
            <w:vMerge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528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всего</w:t>
            </w:r>
          </w:p>
        </w:tc>
        <w:tc>
          <w:tcPr>
            <w:tcW w:type="dxa" w:w="1106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контрольные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работы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практические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работы</w:t>
            </w:r>
          </w:p>
        </w:tc>
        <w:tc>
          <w:tcPr>
            <w:tcW w:type="dxa" w:w="1726"/>
            <w:vMerge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068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Раздел 1.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 Человек и общество.</w:t>
            </w:r>
          </w:p>
        </w:tc>
      </w:tr>
      <w:tr>
        <w:trPr>
          <w:trHeight w:hRule="exact" w:val="1118"/>
        </w:trPr>
        <w:tc>
          <w:tcPr>
            <w:tcW w:type="dxa" w:w="468"/>
            <w:tcBorders>
              <w:start w:sz="4.800000000000011" w:val="single" w:color="#000000"/>
              <w:top w:sz="4.0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0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1.1.</w:t>
            </w:r>
          </w:p>
        </w:tc>
        <w:tc>
          <w:tcPr>
            <w:tcW w:type="dxa" w:w="3590"/>
            <w:tcBorders>
              <w:start w:sz="4.7999999999999545" w:val="single" w:color="#000000"/>
              <w:top w:sz="4.0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80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Школьные традиции и праздники. Классный,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школьный коллектив, совместная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деятельность.</w:t>
            </w:r>
          </w:p>
        </w:tc>
        <w:tc>
          <w:tcPr>
            <w:tcW w:type="dxa" w:w="528"/>
            <w:tcBorders>
              <w:start w:sz="4.800000000000182" w:val="single" w:color="#000000"/>
              <w:top w:sz="4.0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06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0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80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01.09.2022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08.09.2022</w:t>
            </w:r>
          </w:p>
        </w:tc>
        <w:tc>
          <w:tcPr>
            <w:tcW w:type="dxa" w:w="4094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Экскурсия по школе, знакомство с помещениями;</w:t>
            </w:r>
          </w:p>
        </w:tc>
        <w:tc>
          <w:tcPr>
            <w:tcW w:type="dxa" w:w="1274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 опрос;</w:t>
            </w:r>
          </w:p>
        </w:tc>
        <w:tc>
          <w:tcPr>
            <w:tcW w:type="dxa" w:w="2438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80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- Детские электронные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презентации и клипы: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https://viki.rdf.ru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- Единая коллекция ЦОР: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http://school-collection.edu.ru</w:t>
            </w:r>
          </w:p>
        </w:tc>
      </w:tr>
      <w:tr>
        <w:trPr>
          <w:trHeight w:hRule="exact" w:val="1116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1.2.</w:t>
            </w:r>
          </w:p>
        </w:tc>
        <w:tc>
          <w:tcPr>
            <w:tcW w:type="dxa" w:w="359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Одноклассники, взаимоотношения между ними;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ценность дружбы, взаимной помощи.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09.09.2022</w:t>
            </w:r>
          </w:p>
        </w:tc>
        <w:tc>
          <w:tcPr>
            <w:tcW w:type="dxa" w:w="409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Обсуждение ситуаций по теме «Правила поведения 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классе и в школе»;</w:t>
            </w:r>
          </w:p>
        </w:tc>
        <w:tc>
          <w:tcPr>
            <w:tcW w:type="dxa" w:w="12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 опрос;</w:t>
            </w:r>
          </w:p>
        </w:tc>
        <w:tc>
          <w:tcPr>
            <w:tcW w:type="dxa" w:w="243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- Детские электронные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презентации и клипы: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https://viki.rdf.ru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- Единая коллекция ЦОР: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http://school-collection.edu.ru</w:t>
            </w:r>
          </w:p>
        </w:tc>
      </w:tr>
      <w:tr>
        <w:trPr>
          <w:trHeight w:hRule="exact" w:val="732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1.3.</w:t>
            </w:r>
          </w:p>
        </w:tc>
        <w:tc>
          <w:tcPr>
            <w:tcW w:type="dxa" w:w="359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Рабочее место школьника. Правила безопасной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работы на учебном месте, режим труда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отдыха.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15.09.2022</w:t>
            </w:r>
          </w:p>
        </w:tc>
        <w:tc>
          <w:tcPr>
            <w:tcW w:type="dxa" w:w="409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Беседа по теме «Как содержать рабочее место в порядке»;</w:t>
            </w:r>
          </w:p>
        </w:tc>
        <w:tc>
          <w:tcPr>
            <w:tcW w:type="dxa" w:w="12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 опрос;</w:t>
            </w:r>
          </w:p>
        </w:tc>
        <w:tc>
          <w:tcPr>
            <w:tcW w:type="dxa" w:w="243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http://www.nachalka.com/biblioteka</w:t>
            </w:r>
          </w:p>
        </w:tc>
      </w:tr>
      <w:tr>
        <w:trPr>
          <w:trHeight w:hRule="exact" w:val="734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1.4.</w:t>
            </w:r>
          </w:p>
        </w:tc>
        <w:tc>
          <w:tcPr>
            <w:tcW w:type="dxa" w:w="359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Россия Москва — столица России. Народы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России.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16.09.2022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21.09.2022</w:t>
            </w:r>
          </w:p>
        </w:tc>
        <w:tc>
          <w:tcPr>
            <w:tcW w:type="dxa" w:w="409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Просмотр и обсуждение иллюстраций, видеофрагментов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других материалов (по выбору) на темы «Москва —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столица России», «Экскурсия по Москве»;</w:t>
            </w:r>
          </w:p>
        </w:tc>
        <w:tc>
          <w:tcPr>
            <w:tcW w:type="dxa" w:w="12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 опрос;</w:t>
            </w:r>
          </w:p>
        </w:tc>
        <w:tc>
          <w:tcPr>
            <w:tcW w:type="dxa" w:w="243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86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https://viki.rdf.ru/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http://www.museum.ru</w:t>
            </w:r>
          </w:p>
        </w:tc>
      </w:tr>
      <w:tr>
        <w:trPr>
          <w:trHeight w:hRule="exact" w:val="732"/>
        </w:trPr>
        <w:tc>
          <w:tcPr>
            <w:tcW w:type="dxa" w:w="468"/>
            <w:tcBorders>
              <w:start w:sz="4.800000000000011" w:val="single" w:color="#000000"/>
              <w:top w:sz="5.599999999999909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1.5.</w:t>
            </w:r>
          </w:p>
        </w:tc>
        <w:tc>
          <w:tcPr>
            <w:tcW w:type="dxa" w:w="3590"/>
            <w:tcBorders>
              <w:start w:sz="4.7999999999999545" w:val="single" w:color="#000000"/>
              <w:top w:sz="5.599999999999909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4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Первоначальные сведения о родном крае.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Название своего   населённого пункта (города,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села), региона.</w:t>
            </w:r>
          </w:p>
        </w:tc>
        <w:tc>
          <w:tcPr>
            <w:tcW w:type="dxa" w:w="528"/>
            <w:tcBorders>
              <w:start w:sz="4.800000000000182" w:val="single" w:color="#000000"/>
              <w:top w:sz="5.599999999999909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6"/>
            <w:tcBorders>
              <w:start w:sz="4.799999999999727" w:val="single" w:color="#000000"/>
              <w:top w:sz="5.599999999999909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5.599999999999909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4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23.09.2022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29.09.2022</w:t>
            </w:r>
          </w:p>
        </w:tc>
        <w:tc>
          <w:tcPr>
            <w:tcW w:type="dxa" w:w="4094"/>
            <w:tcBorders>
              <w:start w:sz="4.799999999999727" w:val="single" w:color="#000000"/>
              <w:top w:sz="5.599999999999909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4" w:after="0"/>
              <w:ind w:left="72" w:right="332" w:firstLine="0"/>
              <w:jc w:val="both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Экскурсии, целевые прогулки, просмотр иллюстраций,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видеофрагментов и других материалов (по вы бору) на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тему «Москва — столица России»;</w:t>
            </w:r>
          </w:p>
        </w:tc>
        <w:tc>
          <w:tcPr>
            <w:tcW w:type="dxa" w:w="1274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 опрос;</w:t>
            </w:r>
          </w:p>
        </w:tc>
        <w:tc>
          <w:tcPr>
            <w:tcW w:type="dxa" w:w="2438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http://school-collection.edu.ru/</w:t>
            </w:r>
          </w:p>
        </w:tc>
      </w:tr>
      <w:tr>
        <w:trPr>
          <w:trHeight w:hRule="exact" w:val="660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1.6.</w:t>
            </w:r>
          </w:p>
        </w:tc>
        <w:tc>
          <w:tcPr>
            <w:tcW w:type="dxa" w:w="359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Культурные объекты родного края. Труд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людей. Ценность и красота рукотворного мира.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30.09.2022</w:t>
            </w:r>
          </w:p>
        </w:tc>
        <w:tc>
          <w:tcPr>
            <w:tcW w:type="dxa" w:w="409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Беседа по теме «Правила поведения в учреждениях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культуры — в театре, музее, библиотеке»;</w:t>
            </w:r>
          </w:p>
        </w:tc>
        <w:tc>
          <w:tcPr>
            <w:tcW w:type="dxa" w:w="12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 опрос;</w:t>
            </w:r>
          </w:p>
        </w:tc>
        <w:tc>
          <w:tcPr>
            <w:tcW w:type="dxa" w:w="243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http://school-collection.edu.ru/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http://www.museum.ru/</w:t>
            </w:r>
          </w:p>
        </w:tc>
      </w:tr>
      <w:tr>
        <w:trPr>
          <w:trHeight w:hRule="exact" w:val="540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1.7.</w:t>
            </w:r>
          </w:p>
        </w:tc>
        <w:tc>
          <w:tcPr>
            <w:tcW w:type="dxa" w:w="359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Правила поведения в социуме.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06.10.2022</w:t>
            </w:r>
          </w:p>
        </w:tc>
        <w:tc>
          <w:tcPr>
            <w:tcW w:type="dxa" w:w="409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Беседа по теме «Правила поведения в учреждениях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культуры — в театре, музее, библиотеке»;</w:t>
            </w:r>
          </w:p>
        </w:tc>
        <w:tc>
          <w:tcPr>
            <w:tcW w:type="dxa" w:w="12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 опрос;</w:t>
            </w:r>
          </w:p>
        </w:tc>
        <w:tc>
          <w:tcPr>
            <w:tcW w:type="dxa" w:w="243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https://viki.rdf.ru/</w:t>
            </w:r>
          </w:p>
        </w:tc>
      </w:tr>
      <w:tr>
        <w:trPr>
          <w:trHeight w:hRule="exact" w:val="540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1.8.</w:t>
            </w:r>
          </w:p>
        </w:tc>
        <w:tc>
          <w:tcPr>
            <w:tcW w:type="dxa" w:w="359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Моя семья в прошлом и настоящем. Имена и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фамилии членов семьи, их профессии.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07.10.2022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13.10.2022</w:t>
            </w:r>
          </w:p>
        </w:tc>
        <w:tc>
          <w:tcPr>
            <w:tcW w:type="dxa" w:w="409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 с иллюстративным материалом: рассматривание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фото, репродукций на тему «Семья»;</w:t>
            </w:r>
          </w:p>
        </w:tc>
        <w:tc>
          <w:tcPr>
            <w:tcW w:type="dxa" w:w="12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243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http://www.nachalka.com/biblioteka</w:t>
            </w:r>
          </w:p>
        </w:tc>
      </w:tr>
      <w:tr>
        <w:trPr>
          <w:trHeight w:hRule="exact" w:val="540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1.9.</w:t>
            </w:r>
          </w:p>
        </w:tc>
        <w:tc>
          <w:tcPr>
            <w:tcW w:type="dxa" w:w="359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Взаимоотношения и взаимопомощь в семье.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Совместный труд  и отдых.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14.10.2022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20.10.2022</w:t>
            </w:r>
          </w:p>
        </w:tc>
        <w:tc>
          <w:tcPr>
            <w:tcW w:type="dxa" w:w="409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Рассказы детей по теме «Как наша семья проводит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свободное время»;</w:t>
            </w:r>
          </w:p>
        </w:tc>
        <w:tc>
          <w:tcPr>
            <w:tcW w:type="dxa" w:w="12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 опрос;</w:t>
            </w:r>
          </w:p>
        </w:tc>
        <w:tc>
          <w:tcPr>
            <w:tcW w:type="dxa" w:w="243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http://www.nachalka.com/biblioteka</w:t>
            </w:r>
          </w:p>
        </w:tc>
      </w:tr>
      <w:tr>
        <w:trPr>
          <w:trHeight w:hRule="exact" w:val="542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1.10.</w:t>
            </w:r>
          </w:p>
        </w:tc>
        <w:tc>
          <w:tcPr>
            <w:tcW w:type="dxa" w:w="359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Домашний адрес.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21.10.2022</w:t>
            </w:r>
          </w:p>
        </w:tc>
        <w:tc>
          <w:tcPr>
            <w:tcW w:type="dxa" w:w="409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Рассказы детей по теме «Как наша семья проводит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свободное время»;</w:t>
            </w:r>
          </w:p>
        </w:tc>
        <w:tc>
          <w:tcPr>
            <w:tcW w:type="dxa" w:w="12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243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http://www.nachalka.com/biblioteka</w:t>
            </w:r>
          </w:p>
        </w:tc>
      </w:tr>
      <w:tr>
        <w:trPr>
          <w:trHeight w:hRule="exact" w:val="348"/>
        </w:trPr>
        <w:tc>
          <w:tcPr>
            <w:tcW w:type="dxa" w:w="4058"/>
            <w:gridSpan w:val="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16</w:t>
            </w:r>
          </w:p>
        </w:tc>
        <w:tc>
          <w:tcPr>
            <w:tcW w:type="dxa" w:w="10916"/>
            <w:gridSpan w:val="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Раздел 2.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 Человек и природа.</w:t>
            </w:r>
          </w:p>
        </w:tc>
      </w:tr>
      <w:tr>
        <w:trPr>
          <w:trHeight w:hRule="exact" w:val="712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2.1.</w:t>
            </w:r>
          </w:p>
        </w:tc>
        <w:tc>
          <w:tcPr>
            <w:tcW w:type="dxa" w:w="359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64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Природа и предметы, созданные человеком.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Природные материалы. Бережное отношение к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пред метам, вещам, уход за ними.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27.10.2022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28.10.2022</w:t>
            </w:r>
          </w:p>
        </w:tc>
        <w:tc>
          <w:tcPr>
            <w:tcW w:type="dxa" w:w="409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Учебный диалог по теме «Почему люди должны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оберегать и охранять природу»;</w:t>
            </w:r>
          </w:p>
        </w:tc>
        <w:tc>
          <w:tcPr>
            <w:tcW w:type="dxa" w:w="12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 опрос;</w:t>
            </w:r>
          </w:p>
        </w:tc>
        <w:tc>
          <w:tcPr>
            <w:tcW w:type="dxa" w:w="243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https://viki.rdf.ru/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http://www.nachalka.com/biblioteka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2" w:right="640" w:bottom="466" w:left="666" w:header="720" w:footer="720" w:gutter="0"/>
          <w:cols w:space="720" w:num="1" w:equalWidth="0">
            <w:col w:w="15534" w:space="0"/>
            <w:col w:w="9974" w:space="0"/>
            <w:col w:w="10584" w:space="0"/>
            <w:col w:w="10264" w:space="0"/>
            <w:col w:w="10584" w:space="0"/>
            <w:col w:w="10586" w:space="0"/>
            <w:col w:w="10258" w:space="0"/>
            <w:col w:w="10584" w:space="0"/>
            <w:col w:w="10468" w:space="0"/>
            <w:col w:w="10584" w:space="0"/>
            <w:col w:w="9020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540"/>
        </w:trPr>
        <w:tc>
          <w:tcPr>
            <w:tcW w:type="dxa" w:w="46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2.2.</w:t>
            </w:r>
          </w:p>
        </w:tc>
        <w:tc>
          <w:tcPr>
            <w:tcW w:type="dxa" w:w="359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Неживая и живая природа.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10.11.2022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11.11.2022</w:t>
            </w:r>
          </w:p>
        </w:tc>
        <w:tc>
          <w:tcPr>
            <w:tcW w:type="dxa" w:w="4094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Учебный диалог по теме «Почему люди должны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оберегать и охранять природу»;</w:t>
            </w:r>
          </w:p>
        </w:tc>
        <w:tc>
          <w:tcPr>
            <w:tcW w:type="dxa" w:w="127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 опрос;</w:t>
            </w:r>
          </w:p>
        </w:tc>
        <w:tc>
          <w:tcPr>
            <w:tcW w:type="dxa" w:w="243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https://viki.rdf.ru</w:t>
            </w:r>
          </w:p>
        </w:tc>
      </w:tr>
      <w:tr>
        <w:trPr>
          <w:trHeight w:hRule="exact" w:val="540"/>
        </w:trPr>
        <w:tc>
          <w:tcPr>
            <w:tcW w:type="dxa" w:w="46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2.3.</w:t>
            </w:r>
          </w:p>
        </w:tc>
        <w:tc>
          <w:tcPr>
            <w:tcW w:type="dxa" w:w="359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Погода и термометр. Наблюдение за погодой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своего края. Сезонные изменения в природе.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0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17.11.2022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24.11.2022</w:t>
            </w:r>
          </w:p>
        </w:tc>
        <w:tc>
          <w:tcPr>
            <w:tcW w:type="dxa" w:w="4094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Экскурсии по теме «Сезонные изменения в природе,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наблюдение за погодой»;</w:t>
            </w:r>
          </w:p>
        </w:tc>
        <w:tc>
          <w:tcPr>
            <w:tcW w:type="dxa" w:w="127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 опрос;</w:t>
            </w:r>
          </w:p>
        </w:tc>
        <w:tc>
          <w:tcPr>
            <w:tcW w:type="dxa" w:w="243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https://viki.rdf.ru/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http://www.nachalka.com/biblioteka</w:t>
            </w:r>
          </w:p>
        </w:tc>
      </w:tr>
      <w:tr>
        <w:trPr>
          <w:trHeight w:hRule="exact" w:val="734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2.4.</w:t>
            </w:r>
          </w:p>
        </w:tc>
        <w:tc>
          <w:tcPr>
            <w:tcW w:type="dxa" w:w="359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Взаимосвязи между человеком и природой.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Правила нравственного и безопасного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поведения в природе.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25.11.2022</w:t>
            </w:r>
          </w:p>
        </w:tc>
        <w:tc>
          <w:tcPr>
            <w:tcW w:type="dxa" w:w="409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 с иллюстративным материалом: «Живая и неживая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природа»;</w:t>
            </w:r>
          </w:p>
        </w:tc>
        <w:tc>
          <w:tcPr>
            <w:tcW w:type="dxa" w:w="12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 опрос;</w:t>
            </w:r>
          </w:p>
        </w:tc>
        <w:tc>
          <w:tcPr>
            <w:tcW w:type="dxa" w:w="243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https://viki.rdf.ru/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http://www.nachalka.com/biblioteka</w:t>
            </w:r>
          </w:p>
        </w:tc>
      </w:tr>
      <w:tr>
        <w:trPr>
          <w:trHeight w:hRule="exact" w:val="540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2.5.</w:t>
            </w:r>
          </w:p>
        </w:tc>
        <w:tc>
          <w:tcPr>
            <w:tcW w:type="dxa" w:w="359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64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Растения ближайшего окружения (узнавание,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называние, краткое  описание).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0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01.12.2022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08.12.2022</w:t>
            </w:r>
          </w:p>
        </w:tc>
        <w:tc>
          <w:tcPr>
            <w:tcW w:type="dxa" w:w="409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Экскурсия;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Сравнение внешнего вида деревьев, кустарников, трав;</w:t>
            </w:r>
          </w:p>
        </w:tc>
        <w:tc>
          <w:tcPr>
            <w:tcW w:type="dxa" w:w="12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 опрос;</w:t>
            </w:r>
          </w:p>
        </w:tc>
        <w:tc>
          <w:tcPr>
            <w:tcW w:type="dxa" w:w="243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https://viki.rdf.ru/</w:t>
            </w:r>
          </w:p>
        </w:tc>
      </w:tr>
      <w:tr>
        <w:trPr>
          <w:trHeight w:hRule="exact" w:val="540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2.6.</w:t>
            </w:r>
          </w:p>
        </w:tc>
        <w:tc>
          <w:tcPr>
            <w:tcW w:type="dxa" w:w="359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Лиственные и хвойные растения.</w:t>
            </w:r>
          </w:p>
          <w:p>
            <w:pPr>
              <w:autoSpaceDN w:val="0"/>
              <w:autoSpaceDE w:val="0"/>
              <w:widowControl/>
              <w:spacing w:line="233" w:lineRule="auto" w:before="1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Дикорастущие и культурные растения.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09.12.2022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22.12.2022</w:t>
            </w:r>
          </w:p>
        </w:tc>
        <w:tc>
          <w:tcPr>
            <w:tcW w:type="dxa" w:w="409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Определение названия по внешнему виду дерева;</w:t>
            </w:r>
          </w:p>
        </w:tc>
        <w:tc>
          <w:tcPr>
            <w:tcW w:type="dxa" w:w="12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Тестирование;</w:t>
            </w:r>
          </w:p>
        </w:tc>
        <w:tc>
          <w:tcPr>
            <w:tcW w:type="dxa" w:w="243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http://festival.1september.ru/</w:t>
            </w:r>
          </w:p>
        </w:tc>
      </w:tr>
      <w:tr>
        <w:trPr>
          <w:trHeight w:hRule="exact" w:val="924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2.7.</w:t>
            </w:r>
          </w:p>
        </w:tc>
        <w:tc>
          <w:tcPr>
            <w:tcW w:type="dxa" w:w="359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Части растения (называние, краткая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характеристика значения для жизни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растения): корень, стебель, лист, цветок, плод,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семя.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0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23.12.2022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30.12.2022</w:t>
            </w:r>
          </w:p>
        </w:tc>
        <w:tc>
          <w:tcPr>
            <w:tcW w:type="dxa" w:w="409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работа по теме «Найдите у растений их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части»;</w:t>
            </w:r>
          </w:p>
        </w:tc>
        <w:tc>
          <w:tcPr>
            <w:tcW w:type="dxa" w:w="12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243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http://festival.1september.ru/</w:t>
            </w:r>
          </w:p>
        </w:tc>
      </w:tr>
      <w:tr>
        <w:trPr>
          <w:trHeight w:hRule="exact" w:val="540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2.8.</w:t>
            </w:r>
          </w:p>
        </w:tc>
        <w:tc>
          <w:tcPr>
            <w:tcW w:type="dxa" w:w="359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Комнатные растения, правила содержания и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ухода.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12.01.2023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13.01.2023</w:t>
            </w:r>
          </w:p>
        </w:tc>
        <w:tc>
          <w:tcPr>
            <w:tcW w:type="dxa" w:w="409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работа по теме «Найдите у растений их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части»;</w:t>
            </w:r>
          </w:p>
        </w:tc>
        <w:tc>
          <w:tcPr>
            <w:tcW w:type="dxa" w:w="12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243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https://viki.rdf.ru/</w:t>
            </w:r>
          </w:p>
        </w:tc>
      </w:tr>
      <w:tr>
        <w:trPr>
          <w:trHeight w:hRule="exact" w:val="1058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2.9.</w:t>
            </w:r>
          </w:p>
        </w:tc>
        <w:tc>
          <w:tcPr>
            <w:tcW w:type="dxa" w:w="359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Разные группы животных (звери, насекомые,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птицы, рыбы и др.).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12</w:t>
            </w:r>
          </w:p>
        </w:tc>
        <w:tc>
          <w:tcPr>
            <w:tcW w:type="dxa" w:w="110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19.01.2023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24.02.2023</w:t>
            </w:r>
          </w:p>
        </w:tc>
        <w:tc>
          <w:tcPr>
            <w:tcW w:type="dxa" w:w="409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Игра-соревнование по теме «Кто больше назовёт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насекомых (птиц, зверей…)»;</w:t>
            </w:r>
          </w:p>
        </w:tc>
        <w:tc>
          <w:tcPr>
            <w:tcW w:type="dxa" w:w="12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Самооценка 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использованием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«Оценочного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листа»;</w:t>
            </w:r>
          </w:p>
        </w:tc>
        <w:tc>
          <w:tcPr>
            <w:tcW w:type="dxa" w:w="243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https://viki.rdf.ru/</w:t>
            </w:r>
          </w:p>
        </w:tc>
      </w:tr>
      <w:tr>
        <w:trPr>
          <w:trHeight w:hRule="exact" w:val="924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2.10.</w:t>
            </w:r>
          </w:p>
        </w:tc>
        <w:tc>
          <w:tcPr>
            <w:tcW w:type="dxa" w:w="359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Домашние и дикие животные (различия в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условиях жизни).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0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02.03.2023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09.03.2023</w:t>
            </w:r>
          </w:p>
        </w:tc>
        <w:tc>
          <w:tcPr>
            <w:tcW w:type="dxa" w:w="409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Наблюдения за поведением животных в естественных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условиях: повадки птиц, движения зверей, условия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обитаний насекомых (во время экскурсий, целевых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прогулок, просмотра видеоматериалов);</w:t>
            </w:r>
          </w:p>
        </w:tc>
        <w:tc>
          <w:tcPr>
            <w:tcW w:type="dxa" w:w="12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Тестирование;</w:t>
            </w:r>
          </w:p>
        </w:tc>
        <w:tc>
          <w:tcPr>
            <w:tcW w:type="dxa" w:w="243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https://viki.rdf.ru/</w:t>
            </w:r>
          </w:p>
        </w:tc>
      </w:tr>
      <w:tr>
        <w:trPr>
          <w:trHeight w:hRule="exact" w:val="540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2.11.</w:t>
            </w:r>
          </w:p>
        </w:tc>
        <w:tc>
          <w:tcPr>
            <w:tcW w:type="dxa" w:w="359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Забота о домашних питомцах.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10.03.2023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16.03.2023</w:t>
            </w:r>
          </w:p>
        </w:tc>
        <w:tc>
          <w:tcPr>
            <w:tcW w:type="dxa" w:w="409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Рассказы детей по теме «Мой домашний питомец»;</w:t>
            </w:r>
          </w:p>
        </w:tc>
        <w:tc>
          <w:tcPr>
            <w:tcW w:type="dxa" w:w="12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 опрос;</w:t>
            </w:r>
          </w:p>
        </w:tc>
        <w:tc>
          <w:tcPr>
            <w:tcW w:type="dxa" w:w="243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https://viki.rdf.ru/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http://school-collection.edu.ru/</w:t>
            </w:r>
          </w:p>
        </w:tc>
      </w:tr>
      <w:tr>
        <w:trPr>
          <w:trHeight w:hRule="exact" w:val="348"/>
        </w:trPr>
        <w:tc>
          <w:tcPr>
            <w:tcW w:type="dxa" w:w="4058"/>
            <w:gridSpan w:val="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37</w:t>
            </w:r>
          </w:p>
        </w:tc>
        <w:tc>
          <w:tcPr>
            <w:tcW w:type="dxa" w:w="10916"/>
            <w:gridSpan w:val="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Раздел 3.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 Правила безопасной жизни.</w:t>
            </w:r>
          </w:p>
        </w:tc>
      </w:tr>
      <w:tr>
        <w:trPr>
          <w:trHeight w:hRule="exact" w:val="540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3.1.</w:t>
            </w:r>
          </w:p>
        </w:tc>
        <w:tc>
          <w:tcPr>
            <w:tcW w:type="dxa" w:w="359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Необходимость соблюдения режима дня, правил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здорового питания и личной гигиены.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0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17.03.2023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24.03.2023</w:t>
            </w:r>
          </w:p>
        </w:tc>
        <w:tc>
          <w:tcPr>
            <w:tcW w:type="dxa" w:w="409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Беседа по теме «Что такое режим дня»: обсуждение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режима дня первоклассника;</w:t>
            </w:r>
          </w:p>
        </w:tc>
        <w:tc>
          <w:tcPr>
            <w:tcW w:type="dxa" w:w="12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Тестирование;</w:t>
            </w:r>
          </w:p>
        </w:tc>
        <w:tc>
          <w:tcPr>
            <w:tcW w:type="dxa" w:w="243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https://viki.rdf.ru/</w:t>
            </w:r>
          </w:p>
        </w:tc>
      </w:tr>
      <w:tr>
        <w:trPr>
          <w:trHeight w:hRule="exact" w:val="732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3.2.</w:t>
            </w:r>
          </w:p>
        </w:tc>
        <w:tc>
          <w:tcPr>
            <w:tcW w:type="dxa" w:w="359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Правила безопасности в быту: пользование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бытовыми электро приборами, газовыми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плитами.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06.04.2023</w:t>
            </w:r>
          </w:p>
        </w:tc>
        <w:tc>
          <w:tcPr>
            <w:tcW w:type="dxa" w:w="409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Практическое занятие в кабинете;</w:t>
            </w:r>
          </w:p>
        </w:tc>
        <w:tc>
          <w:tcPr>
            <w:tcW w:type="dxa" w:w="12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 опрос;</w:t>
            </w:r>
          </w:p>
        </w:tc>
        <w:tc>
          <w:tcPr>
            <w:tcW w:type="dxa" w:w="243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</w:t>
            </w:r>
          </w:p>
        </w:tc>
      </w:tr>
      <w:tr>
        <w:trPr>
          <w:trHeight w:hRule="exact" w:val="734"/>
        </w:trPr>
        <w:tc>
          <w:tcPr>
            <w:tcW w:type="dxa" w:w="468"/>
            <w:tcBorders>
              <w:start w:sz="4.800000000000011" w:val="single" w:color="#000000"/>
              <w:top w:sz="5.600000000000364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3.3.</w:t>
            </w:r>
          </w:p>
        </w:tc>
        <w:tc>
          <w:tcPr>
            <w:tcW w:type="dxa" w:w="3590"/>
            <w:tcBorders>
              <w:start w:sz="4.7999999999999545" w:val="single" w:color="#000000"/>
              <w:top w:sz="5.600000000000364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Дорога от дома до школы. Правила безопасного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поведения пешехода (дорожные знаки,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дорожная разметка, дорожные сигналы).</w:t>
            </w:r>
          </w:p>
        </w:tc>
        <w:tc>
          <w:tcPr>
            <w:tcW w:type="dxa" w:w="528"/>
            <w:tcBorders>
              <w:start w:sz="4.800000000000182" w:val="single" w:color="#000000"/>
              <w:top w:sz="5.600000000000364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799999999999727" w:val="single" w:color="#000000"/>
              <w:top w:sz="5.600000000000364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5.600000000000364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5.600000000000364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07.04.2023</w:t>
            </w:r>
          </w:p>
        </w:tc>
        <w:tc>
          <w:tcPr>
            <w:tcW w:type="dxa" w:w="4094"/>
            <w:tcBorders>
              <w:start w:sz="4.799999999999727" w:val="single" w:color="#000000"/>
              <w:top w:sz="5.600000000000364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Практическое занятие в кабинете;</w:t>
            </w:r>
          </w:p>
        </w:tc>
        <w:tc>
          <w:tcPr>
            <w:tcW w:type="dxa" w:w="1274"/>
            <w:tcBorders>
              <w:start w:sz="4.800000000000182" w:val="single" w:color="#000000"/>
              <w:top w:sz="5.600000000000364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 опрос;</w:t>
            </w:r>
          </w:p>
        </w:tc>
        <w:tc>
          <w:tcPr>
            <w:tcW w:type="dxa" w:w="2438"/>
            <w:tcBorders>
              <w:start w:sz="4.800000000000182" w:val="single" w:color="#000000"/>
              <w:top w:sz="5.600000000000364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</w:t>
            </w:r>
          </w:p>
        </w:tc>
      </w:tr>
      <w:tr>
        <w:trPr>
          <w:trHeight w:hRule="exact" w:val="732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3.4.</w:t>
            </w:r>
          </w:p>
        </w:tc>
        <w:tc>
          <w:tcPr>
            <w:tcW w:type="dxa" w:w="359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Безопасность в сети Интернет (электронный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дневник и электронные ресурсы школы) в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условиях контролируемого доступа в Интернет.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13.04.2023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14.04.2023</w:t>
            </w:r>
          </w:p>
        </w:tc>
        <w:tc>
          <w:tcPr>
            <w:tcW w:type="dxa" w:w="409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Практическое занятие в кабинете;</w:t>
            </w:r>
          </w:p>
        </w:tc>
        <w:tc>
          <w:tcPr>
            <w:tcW w:type="dxa" w:w="12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 опрос;</w:t>
            </w:r>
          </w:p>
        </w:tc>
        <w:tc>
          <w:tcPr>
            <w:tcW w:type="dxa" w:w="243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</w:t>
            </w:r>
          </w:p>
        </w:tc>
      </w:tr>
      <w:tr>
        <w:trPr>
          <w:trHeight w:hRule="exact" w:val="328"/>
        </w:trPr>
        <w:tc>
          <w:tcPr>
            <w:tcW w:type="dxa" w:w="4058"/>
            <w:gridSpan w:val="2"/>
            <w:tcBorders>
              <w:start w:sz="4.800000000000011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</w:t>
            </w:r>
          </w:p>
        </w:tc>
        <w:tc>
          <w:tcPr>
            <w:tcW w:type="dxa" w:w="10916"/>
            <w:gridSpan w:val="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328" w:left="666" w:header="720" w:footer="720" w:gutter="0"/>
          <w:cols w:space="720" w:num="1" w:equalWidth="0">
            <w:col w:w="15534" w:space="0"/>
            <w:col w:w="15534" w:space="0"/>
            <w:col w:w="9974" w:space="0"/>
            <w:col w:w="10584" w:space="0"/>
            <w:col w:w="10264" w:space="0"/>
            <w:col w:w="10584" w:space="0"/>
            <w:col w:w="10586" w:space="0"/>
            <w:col w:w="10258" w:space="0"/>
            <w:col w:w="10584" w:space="0"/>
            <w:col w:w="10468" w:space="0"/>
            <w:col w:w="10584" w:space="0"/>
            <w:col w:w="9020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3107"/>
        <w:gridCol w:w="3107"/>
        <w:gridCol w:w="3107"/>
        <w:gridCol w:w="3107"/>
        <w:gridCol w:w="3107"/>
      </w:tblGrid>
      <w:tr>
        <w:trPr>
          <w:trHeight w:hRule="exact" w:val="348"/>
        </w:trPr>
        <w:tc>
          <w:tcPr>
            <w:tcW w:type="dxa" w:w="4058"/>
            <w:tcBorders>
              <w:start w:sz="4.800000000000011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Резервное время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</w:t>
            </w:r>
          </w:p>
        </w:tc>
        <w:tc>
          <w:tcPr>
            <w:tcW w:type="dxa" w:w="10916"/>
            <w:gridSpan w:val="3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28"/>
        </w:trPr>
        <w:tc>
          <w:tcPr>
            <w:tcW w:type="dxa" w:w="4058"/>
            <w:tcBorders>
              <w:start w:sz="4.800000000000011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ОБЩЕЕ КОЛИЧЕСТВО ЧАСОВ ПО ПРОГРАММЕ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66</w:t>
            </w:r>
          </w:p>
        </w:tc>
        <w:tc>
          <w:tcPr>
            <w:tcW w:type="dxa" w:w="110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7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/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1440" w:left="666" w:header="720" w:footer="720" w:gutter="0"/>
          <w:cols w:space="720" w:num="1" w:equalWidth="0">
            <w:col w:w="15534" w:space="0"/>
            <w:col w:w="15534" w:space="0"/>
            <w:col w:w="15534" w:space="0"/>
            <w:col w:w="9974" w:space="0"/>
            <w:col w:w="10584" w:space="0"/>
            <w:col w:w="10264" w:space="0"/>
            <w:col w:w="10584" w:space="0"/>
            <w:col w:w="10586" w:space="0"/>
            <w:col w:w="10258" w:space="0"/>
            <w:col w:w="10584" w:space="0"/>
            <w:col w:w="10468" w:space="0"/>
            <w:col w:w="10584" w:space="0"/>
            <w:col w:w="9020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316"/>
        <w:ind w:left="0" w:right="0" w:firstLine="0"/>
        <w:jc w:val="left"/>
      </w:pPr>
      <w:r>
        <w:rPr>
          <w:w w:val="98.70594342549643"/>
          <w:rFonts w:ascii="Times New Roman" w:hAnsi="Times New Roman" w:eastAsia="Times New Roman"/>
          <w:b/>
          <w:i w:val="0"/>
          <w:color w:val="000000"/>
          <w:sz w:val="24"/>
        </w:rPr>
        <w:t xml:space="preserve">ПОУРОЧНОЕ ПЛАНИРОВАНИЕ 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5.999999999999943" w:type="dxa"/>
      </w:tblPr>
      <w:tblGrid>
        <w:gridCol w:w="1526"/>
        <w:gridCol w:w="1526"/>
        <w:gridCol w:w="1526"/>
        <w:gridCol w:w="1526"/>
        <w:gridCol w:w="1526"/>
        <w:gridCol w:w="1526"/>
        <w:gridCol w:w="1526"/>
      </w:tblGrid>
      <w:tr>
        <w:trPr>
          <w:trHeight w:hRule="exact" w:val="486"/>
        </w:trPr>
        <w:tc>
          <w:tcPr>
            <w:tcW w:type="dxa" w:w="498"/>
            <w:vMerge w:val="restart"/>
            <w:tcBorders>
              <w:start w:sz="4.7999999999999545" w:val="single" w:color="#000000"/>
              <w:top w:sz="4.7999999999999545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№</w:t>
            </w:r>
            <w:r>
              <w:br/>
            </w:r>
            <w:r>
              <w:rPr>
                <w:w w:val="98.70594342549643"/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п/п</w:t>
            </w:r>
          </w:p>
        </w:tc>
        <w:tc>
          <w:tcPr>
            <w:tcW w:type="dxa" w:w="3162"/>
            <w:vMerge w:val="restart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Тема урока</w:t>
            </w:r>
          </w:p>
        </w:tc>
        <w:tc>
          <w:tcPr>
            <w:tcW w:type="dxa" w:w="3968"/>
            <w:gridSpan w:val="3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Количество часов</w:t>
            </w:r>
          </w:p>
        </w:tc>
        <w:tc>
          <w:tcPr>
            <w:tcW w:type="dxa" w:w="1220"/>
            <w:vMerge w:val="restart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2" w:right="144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Дата </w:t>
            </w:r>
            <w:r>
              <w:br/>
            </w:r>
            <w:r>
              <w:rPr>
                <w:w w:val="98.70594342549643"/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изучения</w:t>
            </w:r>
          </w:p>
        </w:tc>
        <w:tc>
          <w:tcPr>
            <w:tcW w:type="dxa" w:w="1802"/>
            <w:vMerge w:val="restart"/>
            <w:tcBorders>
              <w:start w:sz="4.799999999999727" w:val="single" w:color="#000000"/>
              <w:top w:sz="4.7999999999999545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2" w:right="144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Виды, формы </w:t>
            </w:r>
            <w:r>
              <w:rPr>
                <w:w w:val="98.70594342549643"/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контроля</w:t>
            </w:r>
          </w:p>
        </w:tc>
      </w:tr>
      <w:tr>
        <w:trPr>
          <w:trHeight w:hRule="exact" w:val="816"/>
        </w:trPr>
        <w:tc>
          <w:tcPr>
            <w:tcW w:type="dxa" w:w="1526"/>
            <w:vMerge/>
            <w:tcBorders>
              <w:start w:sz="4.7999999999999545" w:val="single" w:color="#000000"/>
              <w:top w:sz="4.7999999999999545" w:val="single" w:color="#000000"/>
              <w:end w:sz="4.800000000000011" w:val="single" w:color="#000000"/>
              <w:bottom w:sz="4.800000000000068" w:val="single" w:color="#000000"/>
            </w:tcBorders>
          </w:tcPr>
          <w:p/>
        </w:tc>
        <w:tc>
          <w:tcPr>
            <w:tcW w:type="dxa" w:w="1526"/>
            <w:vMerge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724"/>
            <w:tcBorders>
              <w:start w:sz="4.800000000000182" w:val="single" w:color="#000000"/>
              <w:top w:sz="4.7999999999999545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всего </w:t>
            </w:r>
          </w:p>
        </w:tc>
        <w:tc>
          <w:tcPr>
            <w:tcW w:type="dxa" w:w="1598"/>
            <w:tcBorders>
              <w:start w:sz="4.7999999999999545" w:val="single" w:color="#000000"/>
              <w:top w:sz="4.7999999999999545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контрольные </w:t>
            </w:r>
            <w:r>
              <w:rPr>
                <w:w w:val="98.70594342549643"/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работы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практические </w:t>
            </w:r>
            <w:r>
              <w:rPr>
                <w:w w:val="98.70594342549643"/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работы</w:t>
            </w:r>
          </w:p>
        </w:tc>
        <w:tc>
          <w:tcPr>
            <w:tcW w:type="dxa" w:w="1526"/>
            <w:vMerge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068" w:val="single" w:color="#000000"/>
            </w:tcBorders>
          </w:tcPr>
          <w:p/>
        </w:tc>
        <w:tc>
          <w:tcPr>
            <w:tcW w:type="dxa" w:w="1526"/>
            <w:vMerge/>
            <w:tcBorders>
              <w:start w:sz="4.799999999999727" w:val="single" w:color="#000000"/>
              <w:top w:sz="4.7999999999999545" w:val="single" w:color="#000000"/>
              <w:end w:sz="4.0" w:val="single" w:color="#000000"/>
              <w:bottom w:sz="4.800000000000068" w:val="single" w:color="#000000"/>
            </w:tcBorders>
          </w:tcPr>
          <w:p/>
        </w:tc>
      </w:tr>
      <w:tr>
        <w:trPr>
          <w:trHeight w:hRule="exact" w:val="486"/>
        </w:trPr>
        <w:tc>
          <w:tcPr>
            <w:tcW w:type="dxa" w:w="498"/>
            <w:tcBorders>
              <w:start w:sz="4.7999999999999545" w:val="single" w:color="#000000"/>
              <w:top w:sz="4.800000000000068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1.</w:t>
            </w:r>
          </w:p>
        </w:tc>
        <w:tc>
          <w:tcPr>
            <w:tcW w:type="dxa" w:w="3162"/>
            <w:tcBorders>
              <w:start w:sz="4.800000000000011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Экскурсия по школе.</w:t>
            </w:r>
          </w:p>
        </w:tc>
        <w:tc>
          <w:tcPr>
            <w:tcW w:type="dxa" w:w="724"/>
            <w:tcBorders>
              <w:start w:sz="4.800000000000182" w:val="single" w:color="#000000"/>
              <w:top w:sz="4.800000000000068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9545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20"/>
            <w:tcBorders>
              <w:start w:sz="4.799999999999727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01.09.2022</w:t>
            </w:r>
          </w:p>
        </w:tc>
        <w:tc>
          <w:tcPr>
            <w:tcW w:type="dxa" w:w="1802"/>
            <w:tcBorders>
              <w:start w:sz="4.799999999999727" w:val="single" w:color="#000000"/>
              <w:top w:sz="4.800000000000068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опрос;</w:t>
            </w:r>
          </w:p>
        </w:tc>
      </w:tr>
      <w:tr>
        <w:trPr>
          <w:trHeight w:hRule="exact" w:val="1150"/>
        </w:trPr>
        <w:tc>
          <w:tcPr>
            <w:tcW w:type="dxa" w:w="498"/>
            <w:tcBorders>
              <w:start w:sz="4.7999999999999545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2.</w:t>
            </w:r>
          </w:p>
        </w:tc>
        <w:tc>
          <w:tcPr>
            <w:tcW w:type="dxa" w:w="316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Мы - школьники. Правила </w:t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поведения в школе и в </w:t>
            </w:r>
            <w:r>
              <w:br/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классе.</w:t>
            </w:r>
          </w:p>
        </w:tc>
        <w:tc>
          <w:tcPr>
            <w:tcW w:type="dxa" w:w="724"/>
            <w:tcBorders>
              <w:start w:sz="4.800000000000182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9545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02.09.2022</w:t>
            </w:r>
          </w:p>
        </w:tc>
        <w:tc>
          <w:tcPr>
            <w:tcW w:type="dxa" w:w="1802"/>
            <w:tcBorders>
              <w:start w:sz="4.799999999999727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опрос;</w:t>
            </w:r>
          </w:p>
        </w:tc>
      </w:tr>
      <w:tr>
        <w:trPr>
          <w:trHeight w:hRule="exact" w:val="816"/>
        </w:trPr>
        <w:tc>
          <w:tcPr>
            <w:tcW w:type="dxa" w:w="498"/>
            <w:tcBorders>
              <w:start w:sz="4.7999999999999545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3.</w:t>
            </w:r>
          </w:p>
        </w:tc>
        <w:tc>
          <w:tcPr>
            <w:tcW w:type="dxa" w:w="316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2" w:right="72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Школьные традиции и </w:t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праздники</w:t>
            </w:r>
          </w:p>
        </w:tc>
        <w:tc>
          <w:tcPr>
            <w:tcW w:type="dxa" w:w="724"/>
            <w:tcBorders>
              <w:start w:sz="4.800000000000182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9545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center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08.09.2022</w:t>
            </w:r>
          </w:p>
        </w:tc>
        <w:tc>
          <w:tcPr>
            <w:tcW w:type="dxa" w:w="1802"/>
            <w:tcBorders>
              <w:start w:sz="4.799999999999727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опрос;</w:t>
            </w:r>
          </w:p>
        </w:tc>
      </w:tr>
      <w:tr>
        <w:trPr>
          <w:trHeight w:hRule="exact" w:val="1814"/>
        </w:trPr>
        <w:tc>
          <w:tcPr>
            <w:tcW w:type="dxa" w:w="498"/>
            <w:tcBorders>
              <w:start w:sz="4.7999999999999545" w:val="single" w:color="#000000"/>
              <w:top w:sz="4.7999999999999545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4.</w:t>
            </w:r>
          </w:p>
        </w:tc>
        <w:tc>
          <w:tcPr>
            <w:tcW w:type="dxa" w:w="316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Дорога от дома до школы </w:t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Правила безопасной жизни.</w:t>
            </w:r>
          </w:p>
          <w:p>
            <w:pPr>
              <w:autoSpaceDN w:val="0"/>
              <w:autoSpaceDE w:val="0"/>
              <w:widowControl/>
              <w:spacing w:line="271" w:lineRule="auto" w:before="68" w:after="0"/>
              <w:ind w:left="72" w:right="144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Дорога от дома до </w:t>
            </w:r>
            <w:r>
              <w:br/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школы.Правила безопасного </w:t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поведения пешехода</w:t>
            </w:r>
          </w:p>
        </w:tc>
        <w:tc>
          <w:tcPr>
            <w:tcW w:type="dxa" w:w="724"/>
            <w:tcBorders>
              <w:start w:sz="4.800000000000182" w:val="single" w:color="#000000"/>
              <w:top w:sz="4.7999999999999545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9545" w:val="single" w:color="#000000"/>
              <w:top w:sz="4.7999999999999545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09.09.2022</w:t>
            </w:r>
          </w:p>
        </w:tc>
        <w:tc>
          <w:tcPr>
            <w:tcW w:type="dxa" w:w="1802"/>
            <w:tcBorders>
              <w:start w:sz="4.799999999999727" w:val="single" w:color="#000000"/>
              <w:top w:sz="4.7999999999999545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опрос;</w:t>
            </w:r>
          </w:p>
        </w:tc>
      </w:tr>
      <w:tr>
        <w:trPr>
          <w:trHeight w:hRule="exact" w:val="1480"/>
        </w:trPr>
        <w:tc>
          <w:tcPr>
            <w:tcW w:type="dxa" w:w="498"/>
            <w:tcBorders>
              <w:start w:sz="4.7999999999999545" w:val="single" w:color="#000000"/>
              <w:top w:sz="4.0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5.</w:t>
            </w:r>
          </w:p>
        </w:tc>
        <w:tc>
          <w:tcPr>
            <w:tcW w:type="dxa" w:w="3162"/>
            <w:tcBorders>
              <w:start w:sz="4.800000000000011" w:val="single" w:color="#000000"/>
              <w:top w:sz="4.0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72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Режим дня школьника </w:t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Человек и общество. </w:t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Школьные традиции и </w:t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праздники.</w:t>
            </w:r>
          </w:p>
        </w:tc>
        <w:tc>
          <w:tcPr>
            <w:tcW w:type="dxa" w:w="724"/>
            <w:tcBorders>
              <w:start w:sz="4.800000000000182" w:val="single" w:color="#000000"/>
              <w:top w:sz="4.0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9545" w:val="single" w:color="#000000"/>
              <w:top w:sz="4.0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6"/>
            <w:tcBorders>
              <w:start w:sz="4.799999999999727" w:val="single" w:color="#000000"/>
              <w:top w:sz="4.0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20"/>
            <w:tcBorders>
              <w:start w:sz="4.799999999999727" w:val="single" w:color="#000000"/>
              <w:top w:sz="4.0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15.09.2022</w:t>
            </w:r>
          </w:p>
        </w:tc>
        <w:tc>
          <w:tcPr>
            <w:tcW w:type="dxa" w:w="1802"/>
            <w:tcBorders>
              <w:start w:sz="4.799999999999727" w:val="single" w:color="#000000"/>
              <w:top w:sz="4.0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опрос;</w:t>
            </w:r>
          </w:p>
        </w:tc>
      </w:tr>
      <w:tr>
        <w:trPr>
          <w:trHeight w:hRule="exact" w:val="486"/>
        </w:trPr>
        <w:tc>
          <w:tcPr>
            <w:tcW w:type="dxa" w:w="498"/>
            <w:tcBorders>
              <w:start w:sz="4.7999999999999545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6.</w:t>
            </w:r>
          </w:p>
        </w:tc>
        <w:tc>
          <w:tcPr>
            <w:tcW w:type="dxa" w:w="3162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Что такое Родина</w:t>
            </w:r>
          </w:p>
        </w:tc>
        <w:tc>
          <w:tcPr>
            <w:tcW w:type="dxa" w:w="724"/>
            <w:tcBorders>
              <w:start w:sz="4.800000000000182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9545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center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16.09.2022</w:t>
            </w:r>
          </w:p>
        </w:tc>
        <w:tc>
          <w:tcPr>
            <w:tcW w:type="dxa" w:w="1802"/>
            <w:tcBorders>
              <w:start w:sz="4.799999999999727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опрос;</w:t>
            </w:r>
          </w:p>
        </w:tc>
      </w:tr>
      <w:tr>
        <w:trPr>
          <w:trHeight w:hRule="exact" w:val="484"/>
        </w:trPr>
        <w:tc>
          <w:tcPr>
            <w:tcW w:type="dxa" w:w="498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7.</w:t>
            </w:r>
          </w:p>
        </w:tc>
        <w:tc>
          <w:tcPr>
            <w:tcW w:type="dxa" w:w="316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Москва - столица России</w:t>
            </w:r>
          </w:p>
        </w:tc>
        <w:tc>
          <w:tcPr>
            <w:tcW w:type="dxa" w:w="724"/>
            <w:tcBorders>
              <w:start w:sz="4.800000000000182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center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22.09.2022</w:t>
            </w:r>
          </w:p>
        </w:tc>
        <w:tc>
          <w:tcPr>
            <w:tcW w:type="dxa" w:w="1802"/>
            <w:tcBorders>
              <w:start w:sz="4.799999999999727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опрос;</w:t>
            </w:r>
          </w:p>
        </w:tc>
      </w:tr>
      <w:tr>
        <w:trPr>
          <w:trHeight w:hRule="exact" w:val="1482"/>
        </w:trPr>
        <w:tc>
          <w:tcPr>
            <w:tcW w:type="dxa" w:w="498"/>
            <w:tcBorders>
              <w:start w:sz="4.7999999999999545" w:val="single" w:color="#000000"/>
              <w:top w:sz="4.799999999999727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8.</w:t>
            </w:r>
          </w:p>
        </w:tc>
        <w:tc>
          <w:tcPr>
            <w:tcW w:type="dxa" w:w="3162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Твоя малая Родина Человек и </w:t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общество. Россия. Москва —</w:t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столица России. Народы </w:t>
            </w:r>
            <w:r>
              <w:br/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России.</w:t>
            </w:r>
          </w:p>
        </w:tc>
        <w:tc>
          <w:tcPr>
            <w:tcW w:type="dxa" w:w="724"/>
            <w:tcBorders>
              <w:start w:sz="4.800000000000182" w:val="single" w:color="#000000"/>
              <w:top w:sz="4.799999999999727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9545" w:val="single" w:color="#000000"/>
              <w:top w:sz="4.799999999999727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23.09.2022</w:t>
            </w:r>
          </w:p>
        </w:tc>
        <w:tc>
          <w:tcPr>
            <w:tcW w:type="dxa" w:w="1802"/>
            <w:tcBorders>
              <w:start w:sz="4.799999999999727" w:val="single" w:color="#000000"/>
              <w:top w:sz="4.799999999999727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опрос;</w:t>
            </w:r>
          </w:p>
        </w:tc>
      </w:tr>
      <w:tr>
        <w:trPr>
          <w:trHeight w:hRule="exact" w:val="1148"/>
        </w:trPr>
        <w:tc>
          <w:tcPr>
            <w:tcW w:type="dxa" w:w="498"/>
            <w:tcBorders>
              <w:start w:sz="4.7999999999999545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9.</w:t>
            </w:r>
          </w:p>
        </w:tc>
        <w:tc>
          <w:tcPr>
            <w:tcW w:type="dxa" w:w="3162"/>
            <w:tcBorders>
              <w:start w:sz="4.800000000000011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6" w:after="0"/>
              <w:ind w:left="72" w:right="144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Природа Человек и природа. </w:t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Природа и предметы, </w:t>
            </w:r>
            <w:r>
              <w:br/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созданные человеком.</w:t>
            </w:r>
          </w:p>
        </w:tc>
        <w:tc>
          <w:tcPr>
            <w:tcW w:type="dxa" w:w="724"/>
            <w:tcBorders>
              <w:start w:sz="4.800000000000182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9545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20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center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29.09.2022</w:t>
            </w:r>
          </w:p>
        </w:tc>
        <w:tc>
          <w:tcPr>
            <w:tcW w:type="dxa" w:w="1802"/>
            <w:tcBorders>
              <w:start w:sz="4.799999999999727" w:val="single" w:color="#000000"/>
              <w:top w:sz="4.79999999999927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опрос;</w:t>
            </w:r>
          </w:p>
        </w:tc>
      </w:tr>
      <w:tr>
        <w:trPr>
          <w:trHeight w:hRule="exact" w:val="3782"/>
        </w:trPr>
        <w:tc>
          <w:tcPr>
            <w:tcW w:type="dxa" w:w="498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</w:t>
            </w:r>
          </w:p>
        </w:tc>
        <w:tc>
          <w:tcPr>
            <w:tcW w:type="dxa" w:w="316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6" w:lineRule="auto" w:before="98" w:after="0"/>
              <w:ind w:left="72" w:right="576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Природные объекты и </w:t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предметы, созданные </w:t>
            </w:r>
            <w:r>
              <w:br/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человеком Человек и </w:t>
            </w:r>
            <w:r>
              <w:br/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природа. Природа и </w:t>
            </w:r>
            <w:r>
              <w:br/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предметы, созданные </w:t>
            </w:r>
            <w:r>
              <w:br/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человеком. Природные </w:t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материалы. Бережное </w:t>
            </w:r>
            <w:r>
              <w:br/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отношение к предметам, </w:t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вещам, уход за </w:t>
            </w:r>
            <w:r>
              <w:br/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ними.Неживая и живая </w:t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природа.</w:t>
            </w:r>
          </w:p>
        </w:tc>
        <w:tc>
          <w:tcPr>
            <w:tcW w:type="dxa" w:w="724"/>
            <w:tcBorders>
              <w:start w:sz="4.800000000000182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30.09.2022</w:t>
            </w:r>
          </w:p>
        </w:tc>
        <w:tc>
          <w:tcPr>
            <w:tcW w:type="dxa" w:w="1802"/>
            <w:tcBorders>
              <w:start w:sz="4.799999999999727" w:val="single" w:color="#000000"/>
              <w:top w:sz="4.80000000000018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98" w:right="556" w:bottom="602" w:left="664" w:header="720" w:footer="720" w:gutter="0"/>
          <w:cols w:space="720" w:num="1" w:equalWidth="0">
            <w:col w:w="10680" w:space="0"/>
            <w:col w:w="15534" w:space="0"/>
            <w:col w:w="15534" w:space="0"/>
            <w:col w:w="15534" w:space="0"/>
            <w:col w:w="9974" w:space="0"/>
            <w:col w:w="10584" w:space="0"/>
            <w:col w:w="10264" w:space="0"/>
            <w:col w:w="10584" w:space="0"/>
            <w:col w:w="10586" w:space="0"/>
            <w:col w:w="10258" w:space="0"/>
            <w:col w:w="10584" w:space="0"/>
            <w:col w:w="10468" w:space="0"/>
            <w:col w:w="10584" w:space="0"/>
            <w:col w:w="9020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5.999999999999943" w:type="dxa"/>
      </w:tblPr>
      <w:tblGrid>
        <w:gridCol w:w="1526"/>
        <w:gridCol w:w="1526"/>
        <w:gridCol w:w="1526"/>
        <w:gridCol w:w="1526"/>
        <w:gridCol w:w="1526"/>
        <w:gridCol w:w="1526"/>
        <w:gridCol w:w="1526"/>
      </w:tblGrid>
      <w:tr>
        <w:trPr>
          <w:trHeight w:hRule="exact" w:val="2476"/>
        </w:trPr>
        <w:tc>
          <w:tcPr>
            <w:tcW w:type="dxa" w:w="498"/>
            <w:tcBorders>
              <w:start w:sz="4.7999999999999545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0" w:right="0" w:firstLine="0"/>
              <w:jc w:val="center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11.</w:t>
            </w:r>
          </w:p>
        </w:tc>
        <w:tc>
          <w:tcPr>
            <w:tcW w:type="dxa" w:w="3162"/>
            <w:tcBorders>
              <w:start w:sz="4.800000000000011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3" w:lineRule="auto" w:before="96" w:after="0"/>
              <w:ind w:left="72" w:right="576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Времена года Человек и </w:t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природа. Природа и </w:t>
            </w:r>
            <w:r>
              <w:br/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предметы, созданные </w:t>
            </w:r>
            <w:r>
              <w:br/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человеком. Природные </w:t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материалы. Бережное </w:t>
            </w:r>
            <w:r>
              <w:br/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отношение к предметам, </w:t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вещам, уход за ними.</w:t>
            </w:r>
          </w:p>
        </w:tc>
        <w:tc>
          <w:tcPr>
            <w:tcW w:type="dxa" w:w="724"/>
            <w:tcBorders>
              <w:start w:sz="4.800000000000182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9545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2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0" w:right="0" w:firstLine="0"/>
              <w:jc w:val="center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06.10.2022</w:t>
            </w:r>
          </w:p>
        </w:tc>
        <w:tc>
          <w:tcPr>
            <w:tcW w:type="dxa" w:w="1802"/>
            <w:tcBorders>
              <w:start w:sz="4.799999999999727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0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опрос;</w:t>
            </w:r>
          </w:p>
        </w:tc>
      </w:tr>
      <w:tr>
        <w:trPr>
          <w:trHeight w:hRule="exact" w:val="3802"/>
        </w:trPr>
        <w:tc>
          <w:tcPr>
            <w:tcW w:type="dxa" w:w="498"/>
            <w:tcBorders>
              <w:start w:sz="4.7999999999999545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center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12.</w:t>
            </w:r>
          </w:p>
        </w:tc>
        <w:tc>
          <w:tcPr>
            <w:tcW w:type="dxa" w:w="316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3" w:lineRule="auto" w:before="96" w:after="0"/>
              <w:ind w:left="72" w:right="288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Признаки осени Человек и </w:t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природа. Природа и </w:t>
            </w:r>
            <w:r>
              <w:br/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предметы, созданные </w:t>
            </w:r>
            <w:r>
              <w:br/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человеком. Природные </w:t>
            </w:r>
            <w:r>
              <w:br/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материалы. Бережное </w:t>
            </w:r>
            <w:r>
              <w:br/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отношение к предметам, </w:t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вещам, уход за ними.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288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Неживая и живая природа. </w:t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Погода и термометр.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576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Наблюдение за погодой </w:t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своего края.</w:t>
            </w:r>
          </w:p>
        </w:tc>
        <w:tc>
          <w:tcPr>
            <w:tcW w:type="dxa" w:w="724"/>
            <w:tcBorders>
              <w:start w:sz="4.800000000000182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9545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center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07.10.2022</w:t>
            </w:r>
          </w:p>
        </w:tc>
        <w:tc>
          <w:tcPr>
            <w:tcW w:type="dxa" w:w="1802"/>
            <w:tcBorders>
              <w:start w:sz="4.799999999999727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опрос;</w:t>
            </w:r>
          </w:p>
        </w:tc>
      </w:tr>
      <w:tr>
        <w:trPr>
          <w:trHeight w:hRule="exact" w:val="2806"/>
        </w:trPr>
        <w:tc>
          <w:tcPr>
            <w:tcW w:type="dxa" w:w="498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center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</w:t>
            </w:r>
          </w:p>
        </w:tc>
        <w:tc>
          <w:tcPr>
            <w:tcW w:type="dxa" w:w="316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Погода Человек и природа.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0" w:right="720" w:firstLine="0"/>
              <w:jc w:val="center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Природа и предметы, </w:t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созданные человеком.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Природные материалы.</w:t>
            </w:r>
          </w:p>
          <w:p>
            <w:pPr>
              <w:autoSpaceDN w:val="0"/>
              <w:autoSpaceDE w:val="0"/>
              <w:widowControl/>
              <w:spacing w:line="276" w:lineRule="auto" w:before="70" w:after="0"/>
              <w:ind w:left="72" w:right="288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Бережное отношение к </w:t>
            </w:r>
            <w:r>
              <w:br/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предметам, вещам, уход за </w:t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ними. Неживая и живая </w:t>
            </w:r>
            <w:r>
              <w:br/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природа</w:t>
            </w:r>
          </w:p>
        </w:tc>
        <w:tc>
          <w:tcPr>
            <w:tcW w:type="dxa" w:w="724"/>
            <w:tcBorders>
              <w:start w:sz="4.800000000000182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center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13.10.2022</w:t>
            </w:r>
          </w:p>
        </w:tc>
        <w:tc>
          <w:tcPr>
            <w:tcW w:type="dxa" w:w="1802"/>
            <w:tcBorders>
              <w:start w:sz="4.799999999999727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опрос;</w:t>
            </w:r>
          </w:p>
        </w:tc>
      </w:tr>
      <w:tr>
        <w:trPr>
          <w:trHeight w:hRule="exact" w:val="5772"/>
        </w:trPr>
        <w:tc>
          <w:tcPr>
            <w:tcW w:type="dxa" w:w="498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</w:t>
            </w:r>
          </w:p>
        </w:tc>
        <w:tc>
          <w:tcPr>
            <w:tcW w:type="dxa" w:w="316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3" w:lineRule="auto" w:before="98" w:after="0"/>
              <w:ind w:left="72" w:right="576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Термометр Человек и </w:t>
            </w:r>
            <w:r>
              <w:br/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природа. Природа и </w:t>
            </w:r>
            <w:r>
              <w:br/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предметы, созданные </w:t>
            </w:r>
            <w:r>
              <w:br/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человеком. Природные </w:t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материалы. Бережное </w:t>
            </w:r>
            <w:r>
              <w:br/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отношение к предметам, </w:t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вещам, уход за ними.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288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Неживая и живая природа. </w:t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Погода и термометр.</w:t>
            </w:r>
          </w:p>
          <w:p>
            <w:pPr>
              <w:autoSpaceDN w:val="0"/>
              <w:autoSpaceDE w:val="0"/>
              <w:widowControl/>
              <w:spacing w:line="271" w:lineRule="auto" w:before="68" w:after="0"/>
              <w:ind w:left="72" w:right="576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Наблюдение за погодой </w:t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своего края. Сезонные </w:t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изменения в природе.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72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Взаимосвязи между </w:t>
            </w:r>
            <w:r>
              <w:br/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человеком и природой.</w:t>
            </w:r>
          </w:p>
          <w:p>
            <w:pPr>
              <w:autoSpaceDN w:val="0"/>
              <w:autoSpaceDE w:val="0"/>
              <w:widowControl/>
              <w:spacing w:line="271" w:lineRule="auto" w:before="68" w:after="0"/>
              <w:ind w:left="72" w:right="432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Правила нравственного и </w:t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безопасного поведения в </w:t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природе</w:t>
            </w:r>
          </w:p>
        </w:tc>
        <w:tc>
          <w:tcPr>
            <w:tcW w:type="dxa" w:w="724"/>
            <w:tcBorders>
              <w:start w:sz="4.800000000000182" w:val="single" w:color="#000000"/>
              <w:top w:sz="4.800000000000182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14.10.2022</w:t>
            </w:r>
          </w:p>
        </w:tc>
        <w:tc>
          <w:tcPr>
            <w:tcW w:type="dxa" w:w="1802"/>
            <w:tcBorders>
              <w:start w:sz="4.799999999999727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556" w:bottom="690" w:left="664" w:header="720" w:footer="720" w:gutter="0"/>
          <w:cols w:space="720" w:num="1" w:equalWidth="0">
            <w:col w:w="10680" w:space="0"/>
            <w:col w:w="10680" w:space="0"/>
            <w:col w:w="15534" w:space="0"/>
            <w:col w:w="15534" w:space="0"/>
            <w:col w:w="15534" w:space="0"/>
            <w:col w:w="9974" w:space="0"/>
            <w:col w:w="10584" w:space="0"/>
            <w:col w:w="10264" w:space="0"/>
            <w:col w:w="10584" w:space="0"/>
            <w:col w:w="10586" w:space="0"/>
            <w:col w:w="10258" w:space="0"/>
            <w:col w:w="10584" w:space="0"/>
            <w:col w:w="10468" w:space="0"/>
            <w:col w:w="10584" w:space="0"/>
            <w:col w:w="9020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5.999999999999943" w:type="dxa"/>
      </w:tblPr>
      <w:tblGrid>
        <w:gridCol w:w="1526"/>
        <w:gridCol w:w="1526"/>
        <w:gridCol w:w="1526"/>
        <w:gridCol w:w="1526"/>
        <w:gridCol w:w="1526"/>
        <w:gridCol w:w="1526"/>
        <w:gridCol w:w="1526"/>
      </w:tblGrid>
      <w:tr>
        <w:trPr>
          <w:trHeight w:hRule="exact" w:val="1812"/>
        </w:trPr>
        <w:tc>
          <w:tcPr>
            <w:tcW w:type="dxa" w:w="498"/>
            <w:tcBorders>
              <w:start w:sz="4.7999999999999545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0" w:right="0" w:firstLine="0"/>
              <w:jc w:val="center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15.</w:t>
            </w:r>
          </w:p>
        </w:tc>
        <w:tc>
          <w:tcPr>
            <w:tcW w:type="dxa" w:w="3162"/>
            <w:tcBorders>
              <w:start w:sz="4.800000000000011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6" w:after="0"/>
              <w:ind w:left="72" w:right="288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Жизнь растений Человек и </w:t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природа. Растения </w:t>
            </w:r>
            <w:r>
              <w:br/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ближайшего окружения </w:t>
            </w:r>
            <w:r>
              <w:br/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(узнавание, называние, </w:t>
            </w:r>
            <w:r>
              <w:br/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краткое описание).</w:t>
            </w:r>
          </w:p>
        </w:tc>
        <w:tc>
          <w:tcPr>
            <w:tcW w:type="dxa" w:w="724"/>
            <w:tcBorders>
              <w:start w:sz="4.800000000000182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9545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2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0" w:right="0" w:firstLine="0"/>
              <w:jc w:val="center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20.10.2022</w:t>
            </w:r>
          </w:p>
        </w:tc>
        <w:tc>
          <w:tcPr>
            <w:tcW w:type="dxa" w:w="1802"/>
            <w:tcBorders>
              <w:start w:sz="4.799999999999727" w:val="single" w:color="#000000"/>
              <w:top w:sz="4.800000000000011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0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опрос;</w:t>
            </w:r>
          </w:p>
        </w:tc>
      </w:tr>
      <w:tr>
        <w:trPr>
          <w:trHeight w:hRule="exact" w:val="1812"/>
        </w:trPr>
        <w:tc>
          <w:tcPr>
            <w:tcW w:type="dxa" w:w="498"/>
            <w:tcBorders>
              <w:start w:sz="4.7999999999999545" w:val="single" w:color="#000000"/>
              <w:top w:sz="4.800000000000068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0" w:right="0" w:firstLine="0"/>
              <w:jc w:val="center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</w:t>
            </w:r>
          </w:p>
        </w:tc>
        <w:tc>
          <w:tcPr>
            <w:tcW w:type="dxa" w:w="3162"/>
            <w:tcBorders>
              <w:start w:sz="4.800000000000011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6" w:after="0"/>
              <w:ind w:left="72" w:right="432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Части растений Человек и </w:t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природа. Растения </w:t>
            </w:r>
            <w:r>
              <w:br/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ближайшего окружения </w:t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(узнавание, называние, </w:t>
            </w:r>
            <w:r>
              <w:br/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краткое описание).</w:t>
            </w:r>
          </w:p>
        </w:tc>
        <w:tc>
          <w:tcPr>
            <w:tcW w:type="dxa" w:w="724"/>
            <w:tcBorders>
              <w:start w:sz="4.800000000000182" w:val="single" w:color="#000000"/>
              <w:top w:sz="4.800000000000068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9545" w:val="single" w:color="#000000"/>
              <w:top w:sz="4.800000000000068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068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20"/>
            <w:tcBorders>
              <w:start w:sz="4.799999999999727" w:val="single" w:color="#000000"/>
              <w:top w:sz="4.800000000000068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0" w:right="0" w:firstLine="0"/>
              <w:jc w:val="center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21.10.2022</w:t>
            </w:r>
          </w:p>
        </w:tc>
        <w:tc>
          <w:tcPr>
            <w:tcW w:type="dxa" w:w="1802"/>
            <w:tcBorders>
              <w:start w:sz="4.799999999999727" w:val="single" w:color="#000000"/>
              <w:top w:sz="4.800000000000068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0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опрос;</w:t>
            </w:r>
          </w:p>
        </w:tc>
      </w:tr>
      <w:tr>
        <w:trPr>
          <w:trHeight w:hRule="exact" w:val="818"/>
        </w:trPr>
        <w:tc>
          <w:tcPr>
            <w:tcW w:type="dxa" w:w="498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</w:t>
            </w:r>
          </w:p>
        </w:tc>
        <w:tc>
          <w:tcPr>
            <w:tcW w:type="dxa" w:w="316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Лиственные и хвойные </w:t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растения</w:t>
            </w:r>
          </w:p>
        </w:tc>
        <w:tc>
          <w:tcPr>
            <w:tcW w:type="dxa" w:w="724"/>
            <w:tcBorders>
              <w:start w:sz="4.800000000000182" w:val="single" w:color="#000000"/>
              <w:top w:sz="4.800000000000182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27.10.2022</w:t>
            </w:r>
          </w:p>
        </w:tc>
        <w:tc>
          <w:tcPr>
            <w:tcW w:type="dxa" w:w="1802"/>
            <w:tcBorders>
              <w:start w:sz="4.799999999999727" w:val="single" w:color="#000000"/>
              <w:top w:sz="4.800000000000182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опрос;</w:t>
            </w:r>
          </w:p>
        </w:tc>
      </w:tr>
      <w:tr>
        <w:trPr>
          <w:trHeight w:hRule="exact" w:val="816"/>
        </w:trPr>
        <w:tc>
          <w:tcPr>
            <w:tcW w:type="dxa" w:w="498"/>
            <w:tcBorders>
              <w:start w:sz="4.7999999999999545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center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18.</w:t>
            </w:r>
          </w:p>
        </w:tc>
        <w:tc>
          <w:tcPr>
            <w:tcW w:type="dxa" w:w="316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2" w:right="144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Дикорастущие и культурные </w:t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растения</w:t>
            </w:r>
          </w:p>
        </w:tc>
        <w:tc>
          <w:tcPr>
            <w:tcW w:type="dxa" w:w="724"/>
            <w:tcBorders>
              <w:start w:sz="4.800000000000182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9545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center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28.10.2022</w:t>
            </w:r>
          </w:p>
        </w:tc>
        <w:tc>
          <w:tcPr>
            <w:tcW w:type="dxa" w:w="1802"/>
            <w:tcBorders>
              <w:start w:sz="4.799999999999727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опрос;</w:t>
            </w:r>
          </w:p>
        </w:tc>
      </w:tr>
      <w:tr>
        <w:trPr>
          <w:trHeight w:hRule="exact" w:val="2808"/>
        </w:trPr>
        <w:tc>
          <w:tcPr>
            <w:tcW w:type="dxa" w:w="498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19.</w:t>
            </w:r>
          </w:p>
        </w:tc>
        <w:tc>
          <w:tcPr>
            <w:tcW w:type="dxa" w:w="316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Комнатные растения Человек </w:t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 природа. Растения </w:t>
            </w:r>
            <w:r>
              <w:br/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ближайшего окружения </w:t>
            </w:r>
            <w:r>
              <w:br/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(узнавание, называние, </w:t>
            </w:r>
            <w:r>
              <w:br/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краткое описание).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288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Лиственные и хвойные </w:t>
            </w:r>
            <w:r>
              <w:br/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растения. Дикорастущие и </w:t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куль</w:t>
            </w:r>
          </w:p>
        </w:tc>
        <w:tc>
          <w:tcPr>
            <w:tcW w:type="dxa" w:w="724"/>
            <w:tcBorders>
              <w:start w:sz="4.800000000000182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10.11.2022</w:t>
            </w:r>
          </w:p>
        </w:tc>
        <w:tc>
          <w:tcPr>
            <w:tcW w:type="dxa" w:w="1802"/>
            <w:tcBorders>
              <w:start w:sz="4.799999999999727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опрос;</w:t>
            </w:r>
          </w:p>
        </w:tc>
      </w:tr>
      <w:tr>
        <w:trPr>
          <w:trHeight w:hRule="exact" w:val="818"/>
        </w:trPr>
        <w:tc>
          <w:tcPr>
            <w:tcW w:type="dxa" w:w="498"/>
            <w:tcBorders>
              <w:start w:sz="4.7999999999999545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0" w:right="0" w:firstLine="0"/>
              <w:jc w:val="center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</w:t>
            </w:r>
          </w:p>
        </w:tc>
        <w:tc>
          <w:tcPr>
            <w:tcW w:type="dxa" w:w="3162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2" w:right="144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Почему нужно ухаживать за </w:t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комнатными растениями</w:t>
            </w:r>
          </w:p>
        </w:tc>
        <w:tc>
          <w:tcPr>
            <w:tcW w:type="dxa" w:w="724"/>
            <w:tcBorders>
              <w:start w:sz="4.800000000000182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9545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0" w:right="0" w:firstLine="0"/>
              <w:jc w:val="center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11.11.2022</w:t>
            </w:r>
          </w:p>
        </w:tc>
        <w:tc>
          <w:tcPr>
            <w:tcW w:type="dxa" w:w="1802"/>
            <w:tcBorders>
              <w:start w:sz="4.799999999999727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0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опрос;</w:t>
            </w:r>
          </w:p>
        </w:tc>
      </w:tr>
      <w:tr>
        <w:trPr>
          <w:trHeight w:hRule="exact" w:val="816"/>
        </w:trPr>
        <w:tc>
          <w:tcPr>
            <w:tcW w:type="dxa" w:w="498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center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21.</w:t>
            </w:r>
          </w:p>
        </w:tc>
        <w:tc>
          <w:tcPr>
            <w:tcW w:type="dxa" w:w="316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2" w:right="864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Редкие и исчезающие </w:t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растения</w:t>
            </w:r>
          </w:p>
        </w:tc>
        <w:tc>
          <w:tcPr>
            <w:tcW w:type="dxa" w:w="724"/>
            <w:tcBorders>
              <w:start w:sz="4.800000000000182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center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17.11.2022</w:t>
            </w:r>
          </w:p>
        </w:tc>
        <w:tc>
          <w:tcPr>
            <w:tcW w:type="dxa" w:w="1802"/>
            <w:tcBorders>
              <w:start w:sz="4.799999999999727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опрос;</w:t>
            </w:r>
          </w:p>
        </w:tc>
      </w:tr>
      <w:tr>
        <w:trPr>
          <w:trHeight w:hRule="exact" w:val="818"/>
        </w:trPr>
        <w:tc>
          <w:tcPr>
            <w:tcW w:type="dxa" w:w="498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22.</w:t>
            </w:r>
          </w:p>
        </w:tc>
        <w:tc>
          <w:tcPr>
            <w:tcW w:type="dxa" w:w="316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Проверочная работа по теме </w:t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"Растения"</w:t>
            </w:r>
          </w:p>
        </w:tc>
        <w:tc>
          <w:tcPr>
            <w:tcW w:type="dxa" w:w="724"/>
            <w:tcBorders>
              <w:start w:sz="4.800000000000182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18.11.2022</w:t>
            </w:r>
          </w:p>
        </w:tc>
        <w:tc>
          <w:tcPr>
            <w:tcW w:type="dxa" w:w="1802"/>
            <w:tcBorders>
              <w:start w:sz="4.799999999999727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Тестирование;</w:t>
            </w:r>
          </w:p>
        </w:tc>
      </w:tr>
      <w:tr>
        <w:trPr>
          <w:trHeight w:hRule="exact" w:val="2144"/>
        </w:trPr>
        <w:tc>
          <w:tcPr>
            <w:tcW w:type="dxa" w:w="498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0" w:right="0" w:firstLine="0"/>
              <w:jc w:val="center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23.</w:t>
            </w:r>
          </w:p>
        </w:tc>
        <w:tc>
          <w:tcPr>
            <w:tcW w:type="dxa" w:w="316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6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Жизнь животных Человек и </w:t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природа. Разные группы </w:t>
            </w:r>
            <w:r>
              <w:br/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животных (звери, насекомые, </w:t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птицы, рыбы и др.).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0" w:right="0" w:firstLine="0"/>
              <w:jc w:val="center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Домашние и дикие животные </w:t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(различия в условиях жизни).</w:t>
            </w:r>
          </w:p>
        </w:tc>
        <w:tc>
          <w:tcPr>
            <w:tcW w:type="dxa" w:w="724"/>
            <w:tcBorders>
              <w:start w:sz="4.800000000000182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0" w:right="0" w:firstLine="0"/>
              <w:jc w:val="center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24.11.2022</w:t>
            </w:r>
          </w:p>
        </w:tc>
        <w:tc>
          <w:tcPr>
            <w:tcW w:type="dxa" w:w="1802"/>
            <w:tcBorders>
              <w:start w:sz="4.799999999999727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0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опрос;</w:t>
            </w:r>
          </w:p>
        </w:tc>
      </w:tr>
      <w:tr>
        <w:trPr>
          <w:trHeight w:hRule="exact" w:val="486"/>
        </w:trPr>
        <w:tc>
          <w:tcPr>
            <w:tcW w:type="dxa" w:w="498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0" w:right="0" w:firstLine="0"/>
              <w:jc w:val="center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24.</w:t>
            </w:r>
          </w:p>
        </w:tc>
        <w:tc>
          <w:tcPr>
            <w:tcW w:type="dxa" w:w="316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Насекомые</w:t>
            </w:r>
          </w:p>
        </w:tc>
        <w:tc>
          <w:tcPr>
            <w:tcW w:type="dxa" w:w="724"/>
            <w:tcBorders>
              <w:start w:sz="4.800000000000182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0" w:right="0" w:firstLine="0"/>
              <w:jc w:val="center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25.11.2022</w:t>
            </w:r>
          </w:p>
        </w:tc>
        <w:tc>
          <w:tcPr>
            <w:tcW w:type="dxa" w:w="1802"/>
            <w:tcBorders>
              <w:start w:sz="4.799999999999727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0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опрос;</w:t>
            </w:r>
          </w:p>
        </w:tc>
      </w:tr>
      <w:tr>
        <w:trPr>
          <w:trHeight w:hRule="exact" w:val="486"/>
        </w:trPr>
        <w:tc>
          <w:tcPr>
            <w:tcW w:type="dxa" w:w="498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center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25.</w:t>
            </w:r>
          </w:p>
        </w:tc>
        <w:tc>
          <w:tcPr>
            <w:tcW w:type="dxa" w:w="316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Рыбы</w:t>
            </w:r>
          </w:p>
        </w:tc>
        <w:tc>
          <w:tcPr>
            <w:tcW w:type="dxa" w:w="724"/>
            <w:tcBorders>
              <w:start w:sz="4.800000000000182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center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01.12.2022</w:t>
            </w:r>
          </w:p>
        </w:tc>
        <w:tc>
          <w:tcPr>
            <w:tcW w:type="dxa" w:w="1802"/>
            <w:tcBorders>
              <w:start w:sz="4.799999999999727" w:val="single" w:color="#000000"/>
              <w:top w:sz="4.80000000000018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опрос;</w:t>
            </w:r>
          </w:p>
        </w:tc>
      </w:tr>
      <w:tr>
        <w:trPr>
          <w:trHeight w:hRule="exact" w:val="484"/>
        </w:trPr>
        <w:tc>
          <w:tcPr>
            <w:tcW w:type="dxa" w:w="498"/>
            <w:tcBorders>
              <w:start w:sz="4.7999999999999545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center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26.</w:t>
            </w:r>
          </w:p>
        </w:tc>
        <w:tc>
          <w:tcPr>
            <w:tcW w:type="dxa" w:w="3162"/>
            <w:tcBorders>
              <w:start w:sz="4.800000000000011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Птицы</w:t>
            </w:r>
          </w:p>
        </w:tc>
        <w:tc>
          <w:tcPr>
            <w:tcW w:type="dxa" w:w="724"/>
            <w:tcBorders>
              <w:start w:sz="4.800000000000182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9545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20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center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02.12.2022</w:t>
            </w:r>
          </w:p>
        </w:tc>
        <w:tc>
          <w:tcPr>
            <w:tcW w:type="dxa" w:w="1802"/>
            <w:tcBorders>
              <w:start w:sz="4.799999999999727" w:val="single" w:color="#000000"/>
              <w:top w:sz="4.79999999999927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опрос;</w:t>
            </w:r>
          </w:p>
        </w:tc>
      </w:tr>
      <w:tr>
        <w:trPr>
          <w:trHeight w:hRule="exact" w:val="466"/>
        </w:trPr>
        <w:tc>
          <w:tcPr>
            <w:tcW w:type="dxa" w:w="498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27.</w:t>
            </w:r>
          </w:p>
        </w:tc>
        <w:tc>
          <w:tcPr>
            <w:tcW w:type="dxa" w:w="316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Звери</w:t>
            </w:r>
          </w:p>
        </w:tc>
        <w:tc>
          <w:tcPr>
            <w:tcW w:type="dxa" w:w="724"/>
            <w:tcBorders>
              <w:start w:sz="4.800000000000182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08.12.2022</w:t>
            </w:r>
          </w:p>
        </w:tc>
        <w:tc>
          <w:tcPr>
            <w:tcW w:type="dxa" w:w="1802"/>
            <w:tcBorders>
              <w:start w:sz="4.799999999999727" w:val="single" w:color="#000000"/>
              <w:top w:sz="4.80000000000018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556" w:bottom="828" w:left="664" w:header="720" w:footer="720" w:gutter="0"/>
          <w:cols w:space="720" w:num="1" w:equalWidth="0">
            <w:col w:w="10680" w:space="0"/>
            <w:col w:w="10680" w:space="0"/>
            <w:col w:w="10680" w:space="0"/>
            <w:col w:w="15534" w:space="0"/>
            <w:col w:w="15534" w:space="0"/>
            <w:col w:w="15534" w:space="0"/>
            <w:col w:w="9974" w:space="0"/>
            <w:col w:w="10584" w:space="0"/>
            <w:col w:w="10264" w:space="0"/>
            <w:col w:w="10584" w:space="0"/>
            <w:col w:w="10586" w:space="0"/>
            <w:col w:w="10258" w:space="0"/>
            <w:col w:w="10584" w:space="0"/>
            <w:col w:w="10468" w:space="0"/>
            <w:col w:w="10584" w:space="0"/>
            <w:col w:w="9020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5.999999999999943" w:type="dxa"/>
      </w:tblPr>
      <w:tblGrid>
        <w:gridCol w:w="1526"/>
        <w:gridCol w:w="1526"/>
        <w:gridCol w:w="1526"/>
        <w:gridCol w:w="1526"/>
        <w:gridCol w:w="1526"/>
        <w:gridCol w:w="1526"/>
        <w:gridCol w:w="1526"/>
      </w:tblGrid>
      <w:tr>
        <w:trPr>
          <w:trHeight w:hRule="exact" w:val="2476"/>
        </w:trPr>
        <w:tc>
          <w:tcPr>
            <w:tcW w:type="dxa" w:w="498"/>
            <w:tcBorders>
              <w:start w:sz="4.7999999999999545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0" w:right="0" w:firstLine="0"/>
              <w:jc w:val="center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28.</w:t>
            </w:r>
          </w:p>
        </w:tc>
        <w:tc>
          <w:tcPr>
            <w:tcW w:type="dxa" w:w="3162"/>
            <w:tcBorders>
              <w:start w:sz="4.800000000000011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Кто живет в зоопарке?</w:t>
            </w:r>
          </w:p>
          <w:p>
            <w:pPr>
              <w:autoSpaceDN w:val="0"/>
              <w:autoSpaceDE w:val="0"/>
              <w:widowControl/>
              <w:spacing w:line="281" w:lineRule="auto" w:before="68" w:after="0"/>
              <w:ind w:left="72" w:right="288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Человек и природа. Разные </w:t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группы животных (звери, </w:t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насекомые, птицы, рыбы и </w:t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др.). Домашние и дикие </w:t>
            </w:r>
            <w:r>
              <w:br/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животные (различия в </w:t>
            </w:r>
            <w:r>
              <w:br/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условиях жизни).</w:t>
            </w:r>
          </w:p>
        </w:tc>
        <w:tc>
          <w:tcPr>
            <w:tcW w:type="dxa" w:w="724"/>
            <w:tcBorders>
              <w:start w:sz="4.800000000000182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9545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2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0" w:right="0" w:firstLine="0"/>
              <w:jc w:val="center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09.12.2022</w:t>
            </w:r>
          </w:p>
        </w:tc>
        <w:tc>
          <w:tcPr>
            <w:tcW w:type="dxa" w:w="1802"/>
            <w:tcBorders>
              <w:start w:sz="4.799999999999727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0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опрос;</w:t>
            </w:r>
          </w:p>
        </w:tc>
      </w:tr>
      <w:tr>
        <w:trPr>
          <w:trHeight w:hRule="exact" w:val="2476"/>
        </w:trPr>
        <w:tc>
          <w:tcPr>
            <w:tcW w:type="dxa" w:w="498"/>
            <w:tcBorders>
              <w:start w:sz="4.7999999999999545" w:val="single" w:color="#000000"/>
              <w:top w:sz="4.7999999999999545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center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29.</w:t>
            </w:r>
          </w:p>
        </w:tc>
        <w:tc>
          <w:tcPr>
            <w:tcW w:type="dxa" w:w="316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3" w:lineRule="auto" w:before="96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Дикие и домашние животные </w:t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Человек и природа. Разные </w:t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группы животных (звери, </w:t>
            </w:r>
            <w:r>
              <w:br/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насекомые, птицы, рыбы и </w:t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др.). Домашние и дикие </w:t>
            </w:r>
            <w:r>
              <w:br/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животные (различия в </w:t>
            </w:r>
            <w:r>
              <w:br/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условиях жизни).</w:t>
            </w:r>
          </w:p>
        </w:tc>
        <w:tc>
          <w:tcPr>
            <w:tcW w:type="dxa" w:w="724"/>
            <w:tcBorders>
              <w:start w:sz="4.800000000000182" w:val="single" w:color="#000000"/>
              <w:top w:sz="4.7999999999999545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9545" w:val="single" w:color="#000000"/>
              <w:top w:sz="4.7999999999999545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center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15.12.2022</w:t>
            </w:r>
          </w:p>
        </w:tc>
        <w:tc>
          <w:tcPr>
            <w:tcW w:type="dxa" w:w="1802"/>
            <w:tcBorders>
              <w:start w:sz="4.799999999999727" w:val="single" w:color="#000000"/>
              <w:top w:sz="4.7999999999999545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опрос;</w:t>
            </w:r>
          </w:p>
        </w:tc>
      </w:tr>
      <w:tr>
        <w:trPr>
          <w:trHeight w:hRule="exact" w:val="1480"/>
        </w:trPr>
        <w:tc>
          <w:tcPr>
            <w:tcW w:type="dxa" w:w="498"/>
            <w:tcBorders>
              <w:start w:sz="4.7999999999999545" w:val="single" w:color="#000000"/>
              <w:top w:sz="4.0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30.</w:t>
            </w:r>
          </w:p>
        </w:tc>
        <w:tc>
          <w:tcPr>
            <w:tcW w:type="dxa" w:w="3162"/>
            <w:tcBorders>
              <w:start w:sz="4.800000000000011" w:val="single" w:color="#000000"/>
              <w:top w:sz="4.0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Почему домашние животные </w:t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нуждаются в заботе</w:t>
            </w:r>
          </w:p>
        </w:tc>
        <w:tc>
          <w:tcPr>
            <w:tcW w:type="dxa" w:w="724"/>
            <w:tcBorders>
              <w:start w:sz="4.800000000000182" w:val="single" w:color="#000000"/>
              <w:top w:sz="4.0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9545" w:val="single" w:color="#000000"/>
              <w:top w:sz="4.0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46"/>
            <w:tcBorders>
              <w:start w:sz="4.799999999999727" w:val="single" w:color="#000000"/>
              <w:top w:sz="4.0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20"/>
            <w:tcBorders>
              <w:start w:sz="4.799999999999727" w:val="single" w:color="#000000"/>
              <w:top w:sz="4.0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16.12.2022</w:t>
            </w:r>
          </w:p>
        </w:tc>
        <w:tc>
          <w:tcPr>
            <w:tcW w:type="dxa" w:w="1802"/>
            <w:tcBorders>
              <w:start w:sz="4.799999999999727" w:val="single" w:color="#000000"/>
              <w:top w:sz="4.0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154" w:right="0" w:hanging="154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Самооценка с </w:t>
            </w:r>
            <w:r>
              <w:br/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использованием</w:t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«Оценочного </w:t>
            </w:r>
            <w:r>
              <w:br/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листа»;</w:t>
            </w:r>
          </w:p>
        </w:tc>
      </w:tr>
      <w:tr>
        <w:trPr>
          <w:trHeight w:hRule="exact" w:val="2806"/>
        </w:trPr>
        <w:tc>
          <w:tcPr>
            <w:tcW w:type="dxa" w:w="498"/>
            <w:tcBorders>
              <w:start w:sz="4.7999999999999545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center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31.</w:t>
            </w:r>
          </w:p>
        </w:tc>
        <w:tc>
          <w:tcPr>
            <w:tcW w:type="dxa" w:w="3162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3" w:lineRule="auto" w:before="96" w:after="0"/>
              <w:ind w:left="72" w:right="288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Признаки зимы. Человек и </w:t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природа. Природа и </w:t>
            </w:r>
            <w:r>
              <w:br/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предметы, созданные </w:t>
            </w:r>
            <w:r>
              <w:br/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человеком. Природные </w:t>
            </w:r>
            <w:r>
              <w:br/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материалы. Бережное </w:t>
            </w:r>
            <w:r>
              <w:br/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отношение к предметам, </w:t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вещам, уход за ними.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Неживая и живая природа. 1</w:t>
            </w:r>
          </w:p>
        </w:tc>
        <w:tc>
          <w:tcPr>
            <w:tcW w:type="dxa" w:w="724"/>
            <w:tcBorders>
              <w:start w:sz="4.800000000000182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9545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center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22.12.2022</w:t>
            </w:r>
          </w:p>
        </w:tc>
        <w:tc>
          <w:tcPr>
            <w:tcW w:type="dxa" w:w="1802"/>
            <w:tcBorders>
              <w:start w:sz="4.799999999999727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опрос;</w:t>
            </w:r>
          </w:p>
        </w:tc>
      </w:tr>
      <w:tr>
        <w:trPr>
          <w:trHeight w:hRule="exact" w:val="1814"/>
        </w:trPr>
        <w:tc>
          <w:tcPr>
            <w:tcW w:type="dxa" w:w="498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32.</w:t>
            </w:r>
          </w:p>
        </w:tc>
        <w:tc>
          <w:tcPr>
            <w:tcW w:type="dxa" w:w="316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288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Помощь птицам зимой </w:t>
            </w:r>
            <w:r>
              <w:br/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Человек и природа. Разные </w:t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группы животных (звери, </w:t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насекомые, птицы, рыбы и </w:t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др.).</w:t>
            </w:r>
          </w:p>
        </w:tc>
        <w:tc>
          <w:tcPr>
            <w:tcW w:type="dxa" w:w="724"/>
            <w:tcBorders>
              <w:start w:sz="4.800000000000182" w:val="single" w:color="#000000"/>
              <w:top w:sz="4.800000000000182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23.12.2022</w:t>
            </w:r>
          </w:p>
        </w:tc>
        <w:tc>
          <w:tcPr>
            <w:tcW w:type="dxa" w:w="1802"/>
            <w:tcBorders>
              <w:start w:sz="4.799999999999727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опрос;</w:t>
            </w:r>
          </w:p>
        </w:tc>
      </w:tr>
      <w:tr>
        <w:trPr>
          <w:trHeight w:hRule="exact" w:val="1148"/>
        </w:trPr>
        <w:tc>
          <w:tcPr>
            <w:tcW w:type="dxa" w:w="498"/>
            <w:tcBorders>
              <w:start w:sz="4.7999999999999545" w:val="single" w:color="#000000"/>
              <w:top w:sz="4.0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33.</w:t>
            </w:r>
          </w:p>
        </w:tc>
        <w:tc>
          <w:tcPr>
            <w:tcW w:type="dxa" w:w="3162"/>
            <w:tcBorders>
              <w:start w:sz="4.800000000000011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864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Редкие и исчезающие </w:t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животные Человек и </w:t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природа.</w:t>
            </w:r>
          </w:p>
        </w:tc>
        <w:tc>
          <w:tcPr>
            <w:tcW w:type="dxa" w:w="724"/>
            <w:tcBorders>
              <w:start w:sz="4.800000000000182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9545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6"/>
            <w:tcBorders>
              <w:start w:sz="4.799999999999727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20"/>
            <w:tcBorders>
              <w:start w:sz="4.799999999999727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29.12.2022</w:t>
            </w:r>
          </w:p>
        </w:tc>
        <w:tc>
          <w:tcPr>
            <w:tcW w:type="dxa" w:w="1802"/>
            <w:tcBorders>
              <w:start w:sz="4.799999999999727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опрос;</w:t>
            </w:r>
          </w:p>
        </w:tc>
      </w:tr>
      <w:tr>
        <w:trPr>
          <w:trHeight w:hRule="exact" w:val="798"/>
        </w:trPr>
        <w:tc>
          <w:tcPr>
            <w:tcW w:type="dxa" w:w="498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0" w:right="0" w:firstLine="0"/>
              <w:jc w:val="center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34.</w:t>
            </w:r>
          </w:p>
        </w:tc>
        <w:tc>
          <w:tcPr>
            <w:tcW w:type="dxa" w:w="316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2" w:right="144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Проверочная работа по теме </w:t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"Животные"</w:t>
            </w:r>
          </w:p>
        </w:tc>
        <w:tc>
          <w:tcPr>
            <w:tcW w:type="dxa" w:w="724"/>
            <w:tcBorders>
              <w:start w:sz="4.800000000000182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0" w:right="0" w:firstLine="0"/>
              <w:jc w:val="center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30.12.2022</w:t>
            </w:r>
          </w:p>
        </w:tc>
        <w:tc>
          <w:tcPr>
            <w:tcW w:type="dxa" w:w="1802"/>
            <w:tcBorders>
              <w:start w:sz="4.799999999999727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0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Тестирование;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556" w:bottom="1440" w:left="664" w:header="720" w:footer="720" w:gutter="0"/>
          <w:cols w:space="720" w:num="1" w:equalWidth="0">
            <w:col w:w="10680" w:space="0"/>
            <w:col w:w="10680" w:space="0"/>
            <w:col w:w="10680" w:space="0"/>
            <w:col w:w="10680" w:space="0"/>
            <w:col w:w="15534" w:space="0"/>
            <w:col w:w="15534" w:space="0"/>
            <w:col w:w="15534" w:space="0"/>
            <w:col w:w="9974" w:space="0"/>
            <w:col w:w="10584" w:space="0"/>
            <w:col w:w="10264" w:space="0"/>
            <w:col w:w="10584" w:space="0"/>
            <w:col w:w="10586" w:space="0"/>
            <w:col w:w="10258" w:space="0"/>
            <w:col w:w="10584" w:space="0"/>
            <w:col w:w="10468" w:space="0"/>
            <w:col w:w="10584" w:space="0"/>
            <w:col w:w="9020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5.999999999999943" w:type="dxa"/>
      </w:tblPr>
      <w:tblGrid>
        <w:gridCol w:w="1526"/>
        <w:gridCol w:w="1526"/>
        <w:gridCol w:w="1526"/>
        <w:gridCol w:w="1526"/>
        <w:gridCol w:w="1526"/>
        <w:gridCol w:w="1526"/>
        <w:gridCol w:w="1526"/>
      </w:tblGrid>
      <w:tr>
        <w:trPr>
          <w:trHeight w:hRule="exact" w:val="3138"/>
        </w:trPr>
        <w:tc>
          <w:tcPr>
            <w:tcW w:type="dxa" w:w="498"/>
            <w:tcBorders>
              <w:start w:sz="4.7999999999999545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0" w:right="0" w:firstLine="0"/>
              <w:jc w:val="center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35.</w:t>
            </w:r>
          </w:p>
        </w:tc>
        <w:tc>
          <w:tcPr>
            <w:tcW w:type="dxa" w:w="3162"/>
            <w:tcBorders>
              <w:start w:sz="4.800000000000011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6" w:after="0"/>
              <w:ind w:left="72" w:right="72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Твой дом Человек и </w:t>
            </w:r>
            <w:r>
              <w:br/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общество. Моя семья в </w:t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прошлом и настоящем.</w:t>
            </w:r>
          </w:p>
          <w:p>
            <w:pPr>
              <w:autoSpaceDN w:val="0"/>
              <w:autoSpaceDE w:val="0"/>
              <w:widowControl/>
              <w:spacing w:line="276" w:lineRule="auto" w:before="70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Имена и фамилии членов </w:t>
            </w:r>
            <w:r>
              <w:br/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семьи, их </w:t>
            </w:r>
            <w:r>
              <w:br/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профессии.Взаимоотношения </w:t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 взаимопо- мощь в семье.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Совместный труд и отдых.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Домашний адрес</w:t>
            </w:r>
          </w:p>
        </w:tc>
        <w:tc>
          <w:tcPr>
            <w:tcW w:type="dxa" w:w="724"/>
            <w:tcBorders>
              <w:start w:sz="4.800000000000182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9545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2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0" w:right="0" w:firstLine="0"/>
              <w:jc w:val="center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12.01.2023</w:t>
            </w:r>
          </w:p>
        </w:tc>
        <w:tc>
          <w:tcPr>
            <w:tcW w:type="dxa" w:w="1802"/>
            <w:tcBorders>
              <w:start w:sz="4.799999999999727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0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опрос;</w:t>
            </w:r>
          </w:p>
        </w:tc>
      </w:tr>
      <w:tr>
        <w:trPr>
          <w:trHeight w:hRule="exact" w:val="3140"/>
        </w:trPr>
        <w:tc>
          <w:tcPr>
            <w:tcW w:type="dxa" w:w="498"/>
            <w:tcBorders>
              <w:start w:sz="4.7999999999999545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36.</w:t>
            </w:r>
          </w:p>
        </w:tc>
        <w:tc>
          <w:tcPr>
            <w:tcW w:type="dxa" w:w="316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72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Твоя семья Человек и </w:t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общество. Моя семья в </w:t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прошлом и настоящем.</w:t>
            </w:r>
          </w:p>
          <w:p>
            <w:pPr>
              <w:autoSpaceDN w:val="0"/>
              <w:autoSpaceDE w:val="0"/>
              <w:widowControl/>
              <w:spacing w:line="276" w:lineRule="auto" w:before="68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Имена и фамилии членов </w:t>
            </w:r>
            <w:r>
              <w:br/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семьи, их </w:t>
            </w:r>
            <w:r>
              <w:br/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профессии.Взаимоотношения </w:t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 взаимопо- мощь в семье.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Совместный труд и отдых.</w:t>
            </w:r>
          </w:p>
          <w:p>
            <w:pPr>
              <w:autoSpaceDN w:val="0"/>
              <w:autoSpaceDE w:val="0"/>
              <w:widowControl/>
              <w:spacing w:line="233" w:lineRule="auto" w:before="68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Домашний адрес</w:t>
            </w:r>
          </w:p>
        </w:tc>
        <w:tc>
          <w:tcPr>
            <w:tcW w:type="dxa" w:w="724"/>
            <w:tcBorders>
              <w:start w:sz="4.800000000000182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9545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13.01.2023</w:t>
            </w:r>
          </w:p>
        </w:tc>
        <w:tc>
          <w:tcPr>
            <w:tcW w:type="dxa" w:w="1802"/>
            <w:tcBorders>
              <w:start w:sz="4.799999999999727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опрос;</w:t>
            </w:r>
          </w:p>
        </w:tc>
      </w:tr>
      <w:tr>
        <w:trPr>
          <w:trHeight w:hRule="exact" w:val="3138"/>
        </w:trPr>
        <w:tc>
          <w:tcPr>
            <w:tcW w:type="dxa" w:w="498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center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37.</w:t>
            </w:r>
          </w:p>
        </w:tc>
        <w:tc>
          <w:tcPr>
            <w:tcW w:type="dxa" w:w="316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Все профессии важны!</w:t>
            </w:r>
          </w:p>
          <w:p>
            <w:pPr>
              <w:autoSpaceDN w:val="0"/>
              <w:autoSpaceDE w:val="0"/>
              <w:widowControl/>
              <w:spacing w:line="281" w:lineRule="auto" w:before="70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Человек и общество. Моя </w:t>
            </w:r>
            <w:r>
              <w:br/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семья в прошлом и </w:t>
            </w:r>
            <w:r>
              <w:br/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настоящем. Имена и </w:t>
            </w:r>
            <w:r>
              <w:br/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фамилии членов семьи, их </w:t>
            </w:r>
            <w:r>
              <w:br/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профессии.Взаимоотношения </w:t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 взаимопо- мощь в семье.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Совместный труд и отдых.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Домашний адрес</w:t>
            </w:r>
          </w:p>
        </w:tc>
        <w:tc>
          <w:tcPr>
            <w:tcW w:type="dxa" w:w="724"/>
            <w:tcBorders>
              <w:start w:sz="4.800000000000182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center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19.01.2023</w:t>
            </w:r>
          </w:p>
        </w:tc>
        <w:tc>
          <w:tcPr>
            <w:tcW w:type="dxa" w:w="1802"/>
            <w:tcBorders>
              <w:start w:sz="4.799999999999727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опрос;</w:t>
            </w:r>
          </w:p>
        </w:tc>
      </w:tr>
      <w:tr>
        <w:trPr>
          <w:trHeight w:hRule="exact" w:val="486"/>
        </w:trPr>
        <w:tc>
          <w:tcPr>
            <w:tcW w:type="dxa" w:w="498"/>
            <w:tcBorders>
              <w:start w:sz="4.7999999999999545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38.</w:t>
            </w:r>
          </w:p>
        </w:tc>
        <w:tc>
          <w:tcPr>
            <w:tcW w:type="dxa" w:w="3162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Вода в доме</w:t>
            </w:r>
          </w:p>
        </w:tc>
        <w:tc>
          <w:tcPr>
            <w:tcW w:type="dxa" w:w="724"/>
            <w:tcBorders>
              <w:start w:sz="4.800000000000182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9545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20.01.2023</w:t>
            </w:r>
          </w:p>
        </w:tc>
        <w:tc>
          <w:tcPr>
            <w:tcW w:type="dxa" w:w="1802"/>
            <w:tcBorders>
              <w:start w:sz="4.799999999999727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опрос;</w:t>
            </w:r>
          </w:p>
        </w:tc>
      </w:tr>
      <w:tr>
        <w:trPr>
          <w:trHeight w:hRule="exact" w:val="2144"/>
        </w:trPr>
        <w:tc>
          <w:tcPr>
            <w:tcW w:type="dxa" w:w="498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0" w:right="0" w:firstLine="0"/>
              <w:jc w:val="center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39.</w:t>
            </w:r>
          </w:p>
        </w:tc>
        <w:tc>
          <w:tcPr>
            <w:tcW w:type="dxa" w:w="316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2" w:right="144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Электричество в доме </w:t>
            </w:r>
            <w:r>
              <w:br/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Правила безопасной жизни.</w:t>
            </w:r>
          </w:p>
          <w:p>
            <w:pPr>
              <w:autoSpaceDN w:val="0"/>
              <w:autoSpaceDE w:val="0"/>
              <w:widowControl/>
              <w:spacing w:line="276" w:lineRule="auto" w:before="70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Правила безопасности в </w:t>
            </w:r>
            <w:r>
              <w:br/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быту: пользование бытовыми </w:t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электроприборами, газовыми </w:t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плитами</w:t>
            </w:r>
          </w:p>
        </w:tc>
        <w:tc>
          <w:tcPr>
            <w:tcW w:type="dxa" w:w="724"/>
            <w:tcBorders>
              <w:start w:sz="4.800000000000182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0" w:right="0" w:firstLine="0"/>
              <w:jc w:val="center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26.01.2023</w:t>
            </w:r>
          </w:p>
        </w:tc>
        <w:tc>
          <w:tcPr>
            <w:tcW w:type="dxa" w:w="1802"/>
            <w:tcBorders>
              <w:start w:sz="4.799999999999727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0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опрос;</w:t>
            </w:r>
          </w:p>
        </w:tc>
      </w:tr>
      <w:tr>
        <w:trPr>
          <w:trHeight w:hRule="exact" w:val="2822"/>
        </w:trPr>
        <w:tc>
          <w:tcPr>
            <w:tcW w:type="dxa" w:w="498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0" w:right="0" w:firstLine="0"/>
              <w:jc w:val="center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40.</w:t>
            </w:r>
          </w:p>
        </w:tc>
        <w:tc>
          <w:tcPr>
            <w:tcW w:type="dxa" w:w="316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2" w:right="144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Компьютер в твоей жизни </w:t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Правила безопасной жизни.</w:t>
            </w:r>
          </w:p>
          <w:p>
            <w:pPr>
              <w:autoSpaceDN w:val="0"/>
              <w:autoSpaceDE w:val="0"/>
              <w:widowControl/>
              <w:spacing w:line="281" w:lineRule="auto" w:before="70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Безопасность в сети </w:t>
            </w:r>
            <w:r>
              <w:br/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Интернет (электронный </w:t>
            </w:r>
            <w:r>
              <w:br/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дневник и элек- тронные </w:t>
            </w:r>
            <w:r>
              <w:br/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ресурсы школы) в усло- виях </w:t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контролируемого доступа в </w:t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Интернет</w:t>
            </w:r>
          </w:p>
        </w:tc>
        <w:tc>
          <w:tcPr>
            <w:tcW w:type="dxa" w:w="724"/>
            <w:tcBorders>
              <w:start w:sz="4.800000000000182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0" w:right="0" w:firstLine="0"/>
              <w:jc w:val="center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27.01.2023</w:t>
            </w:r>
          </w:p>
        </w:tc>
        <w:tc>
          <w:tcPr>
            <w:tcW w:type="dxa" w:w="1802"/>
            <w:tcBorders>
              <w:start w:sz="4.799999999999727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0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556" w:bottom="684" w:left="664" w:header="720" w:footer="720" w:gutter="0"/>
          <w:cols w:space="720" w:num="1" w:equalWidth="0">
            <w:col w:w="10680" w:space="0"/>
            <w:col w:w="10680" w:space="0"/>
            <w:col w:w="10680" w:space="0"/>
            <w:col w:w="10680" w:space="0"/>
            <w:col w:w="10680" w:space="0"/>
            <w:col w:w="15534" w:space="0"/>
            <w:col w:w="15534" w:space="0"/>
            <w:col w:w="15534" w:space="0"/>
            <w:col w:w="9974" w:space="0"/>
            <w:col w:w="10584" w:space="0"/>
            <w:col w:w="10264" w:space="0"/>
            <w:col w:w="10584" w:space="0"/>
            <w:col w:w="10586" w:space="0"/>
            <w:col w:w="10258" w:space="0"/>
            <w:col w:w="10584" w:space="0"/>
            <w:col w:w="10468" w:space="0"/>
            <w:col w:w="10584" w:space="0"/>
            <w:col w:w="9020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5.999999999999943" w:type="dxa"/>
      </w:tblPr>
      <w:tblGrid>
        <w:gridCol w:w="1526"/>
        <w:gridCol w:w="1526"/>
        <w:gridCol w:w="1526"/>
        <w:gridCol w:w="1526"/>
        <w:gridCol w:w="1526"/>
        <w:gridCol w:w="1526"/>
        <w:gridCol w:w="1526"/>
      </w:tblGrid>
      <w:tr>
        <w:trPr>
          <w:trHeight w:hRule="exact" w:val="2144"/>
        </w:trPr>
        <w:tc>
          <w:tcPr>
            <w:tcW w:type="dxa" w:w="498"/>
            <w:tcBorders>
              <w:start w:sz="4.7999999999999545" w:val="single" w:color="#000000"/>
              <w:top w:sz="4.800000000000011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0" w:right="0" w:firstLine="0"/>
              <w:jc w:val="center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41.</w:t>
            </w:r>
          </w:p>
        </w:tc>
        <w:tc>
          <w:tcPr>
            <w:tcW w:type="dxa" w:w="3162"/>
            <w:tcBorders>
              <w:start w:sz="4.800000000000011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Правила безопасности в доме </w:t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Правила безопасной жизни.</w:t>
            </w:r>
          </w:p>
          <w:p>
            <w:pPr>
              <w:autoSpaceDN w:val="0"/>
              <w:autoSpaceDE w:val="0"/>
              <w:widowControl/>
              <w:spacing w:line="276" w:lineRule="auto" w:before="70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Правила безопасности в </w:t>
            </w:r>
            <w:r>
              <w:br/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быту: пользование бытовыми </w:t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электроприборами, газовыми </w:t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плитами</w:t>
            </w:r>
          </w:p>
        </w:tc>
        <w:tc>
          <w:tcPr>
            <w:tcW w:type="dxa" w:w="724"/>
            <w:tcBorders>
              <w:start w:sz="4.800000000000182" w:val="single" w:color="#000000"/>
              <w:top w:sz="4.800000000000011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9545" w:val="single" w:color="#000000"/>
              <w:top w:sz="4.800000000000011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2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0" w:right="0" w:firstLine="0"/>
              <w:jc w:val="center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02.02.2023</w:t>
            </w:r>
          </w:p>
        </w:tc>
        <w:tc>
          <w:tcPr>
            <w:tcW w:type="dxa" w:w="1802"/>
            <w:tcBorders>
              <w:start w:sz="4.799999999999727" w:val="single" w:color="#000000"/>
              <w:top w:sz="4.800000000000011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0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опрос;</w:t>
            </w:r>
          </w:p>
        </w:tc>
      </w:tr>
      <w:tr>
        <w:trPr>
          <w:trHeight w:hRule="exact" w:val="3138"/>
        </w:trPr>
        <w:tc>
          <w:tcPr>
            <w:tcW w:type="dxa" w:w="498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center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42.</w:t>
            </w:r>
          </w:p>
        </w:tc>
        <w:tc>
          <w:tcPr>
            <w:tcW w:type="dxa" w:w="316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6" w:after="0"/>
              <w:ind w:left="72" w:right="144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Кто нас защищает Человек и </w:t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общество. Моя семья в </w:t>
            </w:r>
            <w:r>
              <w:br/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прошлом и настоящем.</w:t>
            </w:r>
          </w:p>
          <w:p>
            <w:pPr>
              <w:autoSpaceDN w:val="0"/>
              <w:autoSpaceDE w:val="0"/>
              <w:widowControl/>
              <w:spacing w:line="276" w:lineRule="auto" w:before="70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Имена и фамилии членов </w:t>
            </w:r>
            <w:r>
              <w:br/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семьи, их </w:t>
            </w:r>
            <w:r>
              <w:br/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профессии.Взаимоотношения </w:t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 взаимопо- мощь в семье.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Совместный труд и отдых.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Домашний адрес</w:t>
            </w:r>
          </w:p>
        </w:tc>
        <w:tc>
          <w:tcPr>
            <w:tcW w:type="dxa" w:w="724"/>
            <w:tcBorders>
              <w:start w:sz="4.800000000000182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center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03.02.2023</w:t>
            </w:r>
          </w:p>
        </w:tc>
        <w:tc>
          <w:tcPr>
            <w:tcW w:type="dxa" w:w="1802"/>
            <w:tcBorders>
              <w:start w:sz="4.799999999999727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опрос;</w:t>
            </w:r>
          </w:p>
        </w:tc>
      </w:tr>
      <w:tr>
        <w:trPr>
          <w:trHeight w:hRule="exact" w:val="818"/>
        </w:trPr>
        <w:tc>
          <w:tcPr>
            <w:tcW w:type="dxa" w:w="498"/>
            <w:tcBorders>
              <w:start w:sz="4.7999999999999545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43.</w:t>
            </w:r>
          </w:p>
        </w:tc>
        <w:tc>
          <w:tcPr>
            <w:tcW w:type="dxa" w:w="3162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Признаки весны Человек и </w:t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природа.</w:t>
            </w:r>
          </w:p>
        </w:tc>
        <w:tc>
          <w:tcPr>
            <w:tcW w:type="dxa" w:w="724"/>
            <w:tcBorders>
              <w:start w:sz="4.800000000000182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9545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09.02.2023</w:t>
            </w:r>
          </w:p>
        </w:tc>
        <w:tc>
          <w:tcPr>
            <w:tcW w:type="dxa" w:w="1802"/>
            <w:tcBorders>
              <w:start w:sz="4.799999999999727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опрос;</w:t>
            </w:r>
          </w:p>
        </w:tc>
      </w:tr>
      <w:tr>
        <w:trPr>
          <w:trHeight w:hRule="exact" w:val="818"/>
        </w:trPr>
        <w:tc>
          <w:tcPr>
            <w:tcW w:type="dxa" w:w="498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0" w:right="0" w:firstLine="0"/>
              <w:jc w:val="center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44.</w:t>
            </w:r>
          </w:p>
        </w:tc>
        <w:tc>
          <w:tcPr>
            <w:tcW w:type="dxa" w:w="316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2" w:right="144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Весенний праздник - 8 </w:t>
            </w:r>
            <w:r>
              <w:br/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Марта Человек и общество.</w:t>
            </w:r>
          </w:p>
        </w:tc>
        <w:tc>
          <w:tcPr>
            <w:tcW w:type="dxa" w:w="724"/>
            <w:tcBorders>
              <w:start w:sz="4.800000000000182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0" w:right="0" w:firstLine="0"/>
              <w:jc w:val="center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10.02.2023</w:t>
            </w:r>
          </w:p>
        </w:tc>
        <w:tc>
          <w:tcPr>
            <w:tcW w:type="dxa" w:w="1802"/>
            <w:tcBorders>
              <w:start w:sz="4.799999999999727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0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опрос;</w:t>
            </w:r>
          </w:p>
        </w:tc>
      </w:tr>
      <w:tr>
        <w:trPr>
          <w:trHeight w:hRule="exact" w:val="816"/>
        </w:trPr>
        <w:tc>
          <w:tcPr>
            <w:tcW w:type="dxa" w:w="498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center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45.</w:t>
            </w:r>
          </w:p>
        </w:tc>
        <w:tc>
          <w:tcPr>
            <w:tcW w:type="dxa" w:w="316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2" w:right="576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Как меняется человек и </w:t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окружающий мир</w:t>
            </w:r>
          </w:p>
        </w:tc>
        <w:tc>
          <w:tcPr>
            <w:tcW w:type="dxa" w:w="724"/>
            <w:tcBorders>
              <w:start w:sz="4.800000000000182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center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16.02.2023</w:t>
            </w:r>
          </w:p>
        </w:tc>
        <w:tc>
          <w:tcPr>
            <w:tcW w:type="dxa" w:w="1802"/>
            <w:tcBorders>
              <w:start w:sz="4.799999999999727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опрос;</w:t>
            </w:r>
          </w:p>
        </w:tc>
      </w:tr>
      <w:tr>
        <w:trPr>
          <w:trHeight w:hRule="exact" w:val="2144"/>
        </w:trPr>
        <w:tc>
          <w:tcPr>
            <w:tcW w:type="dxa" w:w="498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46.</w:t>
            </w:r>
          </w:p>
        </w:tc>
        <w:tc>
          <w:tcPr>
            <w:tcW w:type="dxa" w:w="316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144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Как ты воспринимаешь мир </w:t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Правила безопасной жизни. </w:t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Необходимость соблюдения </w:t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режима дня, правил </w:t>
            </w:r>
            <w:r>
              <w:br/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здорового питания и личной </w:t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гигиены</w:t>
            </w:r>
          </w:p>
        </w:tc>
        <w:tc>
          <w:tcPr>
            <w:tcW w:type="dxa" w:w="724"/>
            <w:tcBorders>
              <w:start w:sz="4.800000000000182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17.02.2023</w:t>
            </w:r>
          </w:p>
        </w:tc>
        <w:tc>
          <w:tcPr>
            <w:tcW w:type="dxa" w:w="1802"/>
            <w:tcBorders>
              <w:start w:sz="4.799999999999727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опрос;</w:t>
            </w:r>
          </w:p>
        </w:tc>
      </w:tr>
      <w:tr>
        <w:trPr>
          <w:trHeight w:hRule="exact" w:val="818"/>
        </w:trPr>
        <w:tc>
          <w:tcPr>
            <w:tcW w:type="dxa" w:w="498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47.</w:t>
            </w:r>
          </w:p>
        </w:tc>
        <w:tc>
          <w:tcPr>
            <w:tcW w:type="dxa" w:w="316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Твое настроение Человек и </w:t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общество.</w:t>
            </w:r>
          </w:p>
        </w:tc>
        <w:tc>
          <w:tcPr>
            <w:tcW w:type="dxa" w:w="724"/>
            <w:tcBorders>
              <w:start w:sz="4.800000000000182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24.02.2023</w:t>
            </w:r>
          </w:p>
        </w:tc>
        <w:tc>
          <w:tcPr>
            <w:tcW w:type="dxa" w:w="1802"/>
            <w:tcBorders>
              <w:start w:sz="4.799999999999727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опрос;</w:t>
            </w:r>
          </w:p>
        </w:tc>
      </w:tr>
      <w:tr>
        <w:trPr>
          <w:trHeight w:hRule="exact" w:val="2806"/>
        </w:trPr>
        <w:tc>
          <w:tcPr>
            <w:tcW w:type="dxa" w:w="498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center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48.</w:t>
            </w:r>
          </w:p>
        </w:tc>
        <w:tc>
          <w:tcPr>
            <w:tcW w:type="dxa" w:w="316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6" w:lineRule="auto" w:before="96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Наблюдаем за небом (звезды, </w:t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созвездия, Луна, Солнце) </w:t>
            </w:r>
            <w:r>
              <w:br/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Человек и природа. Природа </w:t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 предметы, созданные </w:t>
            </w:r>
            <w:r>
              <w:br/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человеком. Природные </w:t>
            </w:r>
            <w:r>
              <w:br/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материалы. Бережное </w:t>
            </w:r>
            <w:r>
              <w:br/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отношение к предметам, </w:t>
            </w:r>
            <w:r>
              <w:br/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вещам, уход за ними.</w:t>
            </w:r>
          </w:p>
        </w:tc>
        <w:tc>
          <w:tcPr>
            <w:tcW w:type="dxa" w:w="724"/>
            <w:tcBorders>
              <w:start w:sz="4.800000000000182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center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02.03.2023</w:t>
            </w:r>
          </w:p>
        </w:tc>
        <w:tc>
          <w:tcPr>
            <w:tcW w:type="dxa" w:w="1802"/>
            <w:tcBorders>
              <w:start w:sz="4.799999999999727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опрос;</w:t>
            </w:r>
          </w:p>
        </w:tc>
      </w:tr>
      <w:tr>
        <w:trPr>
          <w:trHeight w:hRule="exact" w:val="486"/>
        </w:trPr>
        <w:tc>
          <w:tcPr>
            <w:tcW w:type="dxa" w:w="498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49.</w:t>
            </w:r>
          </w:p>
        </w:tc>
        <w:tc>
          <w:tcPr>
            <w:tcW w:type="dxa" w:w="316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Солнце Человек и природа</w:t>
            </w:r>
          </w:p>
        </w:tc>
        <w:tc>
          <w:tcPr>
            <w:tcW w:type="dxa" w:w="724"/>
            <w:tcBorders>
              <w:start w:sz="4.800000000000182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03.03.2023</w:t>
            </w:r>
          </w:p>
        </w:tc>
        <w:tc>
          <w:tcPr>
            <w:tcW w:type="dxa" w:w="1802"/>
            <w:tcBorders>
              <w:start w:sz="4.799999999999727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опрос;</w:t>
            </w:r>
          </w:p>
        </w:tc>
      </w:tr>
      <w:tr>
        <w:trPr>
          <w:trHeight w:hRule="exact" w:val="1034"/>
        </w:trPr>
        <w:tc>
          <w:tcPr>
            <w:tcW w:type="dxa" w:w="498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50.</w:t>
            </w:r>
          </w:p>
        </w:tc>
        <w:tc>
          <w:tcPr>
            <w:tcW w:type="dxa" w:w="316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Земля и Луна Человек и </w:t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природа.</w:t>
            </w:r>
          </w:p>
        </w:tc>
        <w:tc>
          <w:tcPr>
            <w:tcW w:type="dxa" w:w="724"/>
            <w:tcBorders>
              <w:start w:sz="4.800000000000182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09.03.2023</w:t>
            </w:r>
          </w:p>
        </w:tc>
        <w:tc>
          <w:tcPr>
            <w:tcW w:type="dxa" w:w="1802"/>
            <w:tcBorders>
              <w:start w:sz="4.799999999999727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556" w:bottom="608" w:left="664" w:header="720" w:footer="720" w:gutter="0"/>
          <w:cols w:space="720" w:num="1" w:equalWidth="0">
            <w:col w:w="10680" w:space="0"/>
            <w:col w:w="10680" w:space="0"/>
            <w:col w:w="10680" w:space="0"/>
            <w:col w:w="10680" w:space="0"/>
            <w:col w:w="10680" w:space="0"/>
            <w:col w:w="10680" w:space="0"/>
            <w:col w:w="15534" w:space="0"/>
            <w:col w:w="15534" w:space="0"/>
            <w:col w:w="15534" w:space="0"/>
            <w:col w:w="9974" w:space="0"/>
            <w:col w:w="10584" w:space="0"/>
            <w:col w:w="10264" w:space="0"/>
            <w:col w:w="10584" w:space="0"/>
            <w:col w:w="10586" w:space="0"/>
            <w:col w:w="10258" w:space="0"/>
            <w:col w:w="10584" w:space="0"/>
            <w:col w:w="10468" w:space="0"/>
            <w:col w:w="10584" w:space="0"/>
            <w:col w:w="9020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5.999999999999943" w:type="dxa"/>
      </w:tblPr>
      <w:tblGrid>
        <w:gridCol w:w="1526"/>
        <w:gridCol w:w="1526"/>
        <w:gridCol w:w="1526"/>
        <w:gridCol w:w="1526"/>
        <w:gridCol w:w="1526"/>
        <w:gridCol w:w="1526"/>
        <w:gridCol w:w="1526"/>
      </w:tblGrid>
      <w:tr>
        <w:trPr>
          <w:trHeight w:hRule="exact" w:val="818"/>
        </w:trPr>
        <w:tc>
          <w:tcPr>
            <w:tcW w:type="dxa" w:w="498"/>
            <w:tcBorders>
              <w:start w:sz="4.7999999999999545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0" w:right="0" w:firstLine="0"/>
              <w:jc w:val="center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51.</w:t>
            </w:r>
          </w:p>
        </w:tc>
        <w:tc>
          <w:tcPr>
            <w:tcW w:type="dxa" w:w="3162"/>
            <w:tcBorders>
              <w:start w:sz="4.800000000000011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2" w:right="288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Человек исследует космос </w:t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Человек и природа.</w:t>
            </w:r>
          </w:p>
        </w:tc>
        <w:tc>
          <w:tcPr>
            <w:tcW w:type="dxa" w:w="724"/>
            <w:tcBorders>
              <w:start w:sz="4.800000000000182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9545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2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0" w:right="0" w:firstLine="0"/>
              <w:jc w:val="center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10.03.2023</w:t>
            </w:r>
          </w:p>
        </w:tc>
        <w:tc>
          <w:tcPr>
            <w:tcW w:type="dxa" w:w="1802"/>
            <w:tcBorders>
              <w:start w:sz="4.799999999999727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0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опрос;</w:t>
            </w:r>
          </w:p>
        </w:tc>
      </w:tr>
      <w:tr>
        <w:trPr>
          <w:trHeight w:hRule="exact" w:val="816"/>
        </w:trPr>
        <w:tc>
          <w:tcPr>
            <w:tcW w:type="dxa" w:w="498"/>
            <w:tcBorders>
              <w:start w:sz="4.7999999999999545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center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52.</w:t>
            </w:r>
          </w:p>
        </w:tc>
        <w:tc>
          <w:tcPr>
            <w:tcW w:type="dxa" w:w="316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2" w:right="1296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 апреля - День </w:t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космонавтики</w:t>
            </w:r>
          </w:p>
        </w:tc>
        <w:tc>
          <w:tcPr>
            <w:tcW w:type="dxa" w:w="724"/>
            <w:tcBorders>
              <w:start w:sz="4.800000000000182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9545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center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16.03.2023</w:t>
            </w:r>
          </w:p>
        </w:tc>
        <w:tc>
          <w:tcPr>
            <w:tcW w:type="dxa" w:w="1802"/>
            <w:tcBorders>
              <w:start w:sz="4.799999999999727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опрос;</w:t>
            </w:r>
          </w:p>
        </w:tc>
      </w:tr>
      <w:tr>
        <w:trPr>
          <w:trHeight w:hRule="exact" w:val="2144"/>
        </w:trPr>
        <w:tc>
          <w:tcPr>
            <w:tcW w:type="dxa" w:w="498"/>
            <w:tcBorders>
              <w:start w:sz="4.7999999999999545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53.</w:t>
            </w:r>
          </w:p>
        </w:tc>
        <w:tc>
          <w:tcPr>
            <w:tcW w:type="dxa" w:w="316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152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Твое тело Правила </w:t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безопасной жизни.</w:t>
            </w:r>
          </w:p>
          <w:p>
            <w:pPr>
              <w:autoSpaceDN w:val="0"/>
              <w:autoSpaceDE w:val="0"/>
              <w:widowControl/>
              <w:spacing w:line="276" w:lineRule="auto" w:before="68" w:after="0"/>
              <w:ind w:left="72" w:right="144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Необходимость соблюдения </w:t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режима дня, правил </w:t>
            </w:r>
            <w:r>
              <w:br/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здорового питания и личной </w:t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гигиены</w:t>
            </w:r>
          </w:p>
        </w:tc>
        <w:tc>
          <w:tcPr>
            <w:tcW w:type="dxa" w:w="724"/>
            <w:tcBorders>
              <w:start w:sz="4.800000000000182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9545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17.03.2023</w:t>
            </w:r>
          </w:p>
        </w:tc>
        <w:tc>
          <w:tcPr>
            <w:tcW w:type="dxa" w:w="1802"/>
            <w:tcBorders>
              <w:start w:sz="4.799999999999727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опрос;</w:t>
            </w:r>
          </w:p>
        </w:tc>
      </w:tr>
      <w:tr>
        <w:trPr>
          <w:trHeight w:hRule="exact" w:val="1812"/>
        </w:trPr>
        <w:tc>
          <w:tcPr>
            <w:tcW w:type="dxa" w:w="498"/>
            <w:tcBorders>
              <w:start w:sz="4.7999999999999545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54.</w:t>
            </w:r>
          </w:p>
        </w:tc>
        <w:tc>
          <w:tcPr>
            <w:tcW w:type="dxa" w:w="316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144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Чем полезны овощи и </w:t>
            </w:r>
            <w:r>
              <w:br/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фрукты Необходимость </w:t>
            </w:r>
            <w:r>
              <w:br/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соблюдения режима дня, </w:t>
            </w:r>
            <w:r>
              <w:br/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правил здорового питания и </w:t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личной гигиены</w:t>
            </w:r>
          </w:p>
        </w:tc>
        <w:tc>
          <w:tcPr>
            <w:tcW w:type="dxa" w:w="724"/>
            <w:tcBorders>
              <w:start w:sz="4.800000000000182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9545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06.04.2023</w:t>
            </w:r>
          </w:p>
        </w:tc>
        <w:tc>
          <w:tcPr>
            <w:tcW w:type="dxa" w:w="1802"/>
            <w:tcBorders>
              <w:start w:sz="4.799999999999727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опрос;</w:t>
            </w:r>
          </w:p>
        </w:tc>
      </w:tr>
      <w:tr>
        <w:trPr>
          <w:trHeight w:hRule="exact" w:val="2144"/>
        </w:trPr>
        <w:tc>
          <w:tcPr>
            <w:tcW w:type="dxa" w:w="498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55.</w:t>
            </w:r>
          </w:p>
        </w:tc>
        <w:tc>
          <w:tcPr>
            <w:tcW w:type="dxa" w:w="316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864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Твоя одежда Правила </w:t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безопасной жизни.</w:t>
            </w:r>
          </w:p>
          <w:p>
            <w:pPr>
              <w:autoSpaceDN w:val="0"/>
              <w:autoSpaceDE w:val="0"/>
              <w:widowControl/>
              <w:spacing w:line="276" w:lineRule="auto" w:before="68" w:after="0"/>
              <w:ind w:left="72" w:right="144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Необходимость соблюдения </w:t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режима дня, правил </w:t>
            </w:r>
            <w:r>
              <w:br/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здорового питания и личной </w:t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гигиены</w:t>
            </w:r>
          </w:p>
        </w:tc>
        <w:tc>
          <w:tcPr>
            <w:tcW w:type="dxa" w:w="724"/>
            <w:tcBorders>
              <w:start w:sz="4.800000000000182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07.04.2023</w:t>
            </w:r>
          </w:p>
        </w:tc>
        <w:tc>
          <w:tcPr>
            <w:tcW w:type="dxa" w:w="1802"/>
            <w:tcBorders>
              <w:start w:sz="4.799999999999727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опрос;</w:t>
            </w:r>
          </w:p>
        </w:tc>
      </w:tr>
      <w:tr>
        <w:trPr>
          <w:trHeight w:hRule="exact" w:val="2144"/>
        </w:trPr>
        <w:tc>
          <w:tcPr>
            <w:tcW w:type="dxa" w:w="498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56.</w:t>
            </w:r>
          </w:p>
        </w:tc>
        <w:tc>
          <w:tcPr>
            <w:tcW w:type="dxa" w:w="316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Твое здоровье Правила </w:t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безопасной жизни.</w:t>
            </w:r>
          </w:p>
          <w:p>
            <w:pPr>
              <w:autoSpaceDN w:val="0"/>
              <w:autoSpaceDE w:val="0"/>
              <w:widowControl/>
              <w:spacing w:line="276" w:lineRule="auto" w:before="68" w:after="0"/>
              <w:ind w:left="72" w:right="144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Необходимость соблюдения </w:t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режима дня, правил </w:t>
            </w:r>
            <w:r>
              <w:br/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здорового питания и личной </w:t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гигиены</w:t>
            </w:r>
          </w:p>
        </w:tc>
        <w:tc>
          <w:tcPr>
            <w:tcW w:type="dxa" w:w="724"/>
            <w:tcBorders>
              <w:start w:sz="4.800000000000182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13.04.2023</w:t>
            </w:r>
          </w:p>
        </w:tc>
        <w:tc>
          <w:tcPr>
            <w:tcW w:type="dxa" w:w="1802"/>
            <w:tcBorders>
              <w:start w:sz="4.799999999999727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опрос;</w:t>
            </w:r>
          </w:p>
        </w:tc>
      </w:tr>
      <w:tr>
        <w:trPr>
          <w:trHeight w:hRule="exact" w:val="818"/>
        </w:trPr>
        <w:tc>
          <w:tcPr>
            <w:tcW w:type="dxa" w:w="498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57.</w:t>
            </w:r>
          </w:p>
        </w:tc>
        <w:tc>
          <w:tcPr>
            <w:tcW w:type="dxa" w:w="316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Какие бывают музеи Человек </w:t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 общество.</w:t>
            </w:r>
          </w:p>
        </w:tc>
        <w:tc>
          <w:tcPr>
            <w:tcW w:type="dxa" w:w="724"/>
            <w:tcBorders>
              <w:start w:sz="4.800000000000182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14.04.2023</w:t>
            </w:r>
          </w:p>
        </w:tc>
        <w:tc>
          <w:tcPr>
            <w:tcW w:type="dxa" w:w="1802"/>
            <w:tcBorders>
              <w:start w:sz="4.799999999999727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опрос;</w:t>
            </w:r>
          </w:p>
        </w:tc>
      </w:tr>
      <w:tr>
        <w:trPr>
          <w:trHeight w:hRule="exact" w:val="486"/>
        </w:trPr>
        <w:tc>
          <w:tcPr>
            <w:tcW w:type="dxa" w:w="498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center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58.</w:t>
            </w:r>
          </w:p>
        </w:tc>
        <w:tc>
          <w:tcPr>
            <w:tcW w:type="dxa" w:w="316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Такие разные памятники</w:t>
            </w:r>
          </w:p>
        </w:tc>
        <w:tc>
          <w:tcPr>
            <w:tcW w:type="dxa" w:w="724"/>
            <w:tcBorders>
              <w:start w:sz="4.800000000000182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center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20.04.2023</w:t>
            </w:r>
          </w:p>
        </w:tc>
        <w:tc>
          <w:tcPr>
            <w:tcW w:type="dxa" w:w="1802"/>
            <w:tcBorders>
              <w:start w:sz="4.799999999999727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опрос;</w:t>
            </w:r>
          </w:p>
        </w:tc>
      </w:tr>
      <w:tr>
        <w:trPr>
          <w:trHeight w:hRule="exact" w:val="816"/>
        </w:trPr>
        <w:tc>
          <w:tcPr>
            <w:tcW w:type="dxa" w:w="498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center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59.</w:t>
            </w:r>
          </w:p>
        </w:tc>
        <w:tc>
          <w:tcPr>
            <w:tcW w:type="dxa" w:w="316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2" w:right="864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Твои земляки - герои </w:t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Отчизны</w:t>
            </w:r>
          </w:p>
        </w:tc>
        <w:tc>
          <w:tcPr>
            <w:tcW w:type="dxa" w:w="724"/>
            <w:tcBorders>
              <w:start w:sz="4.800000000000182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center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21.04.2023</w:t>
            </w:r>
          </w:p>
        </w:tc>
        <w:tc>
          <w:tcPr>
            <w:tcW w:type="dxa" w:w="1802"/>
            <w:tcBorders>
              <w:start w:sz="4.799999999999727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опрос;</w:t>
            </w:r>
          </w:p>
        </w:tc>
      </w:tr>
      <w:tr>
        <w:trPr>
          <w:trHeight w:hRule="exact" w:val="486"/>
        </w:trPr>
        <w:tc>
          <w:tcPr>
            <w:tcW w:type="dxa" w:w="498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60.</w:t>
            </w:r>
          </w:p>
        </w:tc>
        <w:tc>
          <w:tcPr>
            <w:tcW w:type="dxa" w:w="316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Будем вежливыми</w:t>
            </w:r>
          </w:p>
        </w:tc>
        <w:tc>
          <w:tcPr>
            <w:tcW w:type="dxa" w:w="724"/>
            <w:tcBorders>
              <w:start w:sz="4.800000000000182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27.04.2023</w:t>
            </w:r>
          </w:p>
        </w:tc>
        <w:tc>
          <w:tcPr>
            <w:tcW w:type="dxa" w:w="1802"/>
            <w:tcBorders>
              <w:start w:sz="4.799999999999727" w:val="single" w:color="#000000"/>
              <w:top w:sz="4.80000000000018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опрос;</w:t>
            </w:r>
          </w:p>
        </w:tc>
      </w:tr>
      <w:tr>
        <w:trPr>
          <w:trHeight w:hRule="exact" w:val="818"/>
        </w:trPr>
        <w:tc>
          <w:tcPr>
            <w:tcW w:type="dxa" w:w="498"/>
            <w:tcBorders>
              <w:start w:sz="4.7999999999999545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61.</w:t>
            </w:r>
          </w:p>
        </w:tc>
        <w:tc>
          <w:tcPr>
            <w:tcW w:type="dxa" w:w="3162"/>
            <w:tcBorders>
              <w:start w:sz="4.800000000000011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008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 дружбе Человек и </w:t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общество</w:t>
            </w:r>
          </w:p>
        </w:tc>
        <w:tc>
          <w:tcPr>
            <w:tcW w:type="dxa" w:w="724"/>
            <w:tcBorders>
              <w:start w:sz="4.800000000000182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9545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20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28.04.2023</w:t>
            </w:r>
          </w:p>
        </w:tc>
        <w:tc>
          <w:tcPr>
            <w:tcW w:type="dxa" w:w="1802"/>
            <w:tcBorders>
              <w:start w:sz="4.799999999999727" w:val="single" w:color="#000000"/>
              <w:top w:sz="4.79999999999927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опрос;</w:t>
            </w:r>
          </w:p>
        </w:tc>
      </w:tr>
      <w:tr>
        <w:trPr>
          <w:trHeight w:hRule="exact" w:val="818"/>
        </w:trPr>
        <w:tc>
          <w:tcPr>
            <w:tcW w:type="dxa" w:w="498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center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62.</w:t>
            </w:r>
          </w:p>
        </w:tc>
        <w:tc>
          <w:tcPr>
            <w:tcW w:type="dxa" w:w="316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0" w:right="288" w:firstLine="0"/>
              <w:jc w:val="center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Идем в гости. Поведение в </w:t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гостях Человек и общество</w:t>
            </w:r>
          </w:p>
        </w:tc>
        <w:tc>
          <w:tcPr>
            <w:tcW w:type="dxa" w:w="724"/>
            <w:tcBorders>
              <w:start w:sz="4.800000000000182" w:val="single" w:color="#000000"/>
              <w:top w:sz="4.800000000000182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center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04.05.2023</w:t>
            </w:r>
          </w:p>
        </w:tc>
        <w:tc>
          <w:tcPr>
            <w:tcW w:type="dxa" w:w="1802"/>
            <w:tcBorders>
              <w:start w:sz="4.799999999999727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опрос;</w:t>
            </w:r>
          </w:p>
        </w:tc>
      </w:tr>
      <w:tr>
        <w:trPr>
          <w:trHeight w:hRule="exact" w:val="808"/>
        </w:trPr>
        <w:tc>
          <w:tcPr>
            <w:tcW w:type="dxa" w:w="498"/>
            <w:tcBorders>
              <w:start w:sz="4.7999999999999545" w:val="single" w:color="#000000"/>
              <w:top w:sz="4.0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63.</w:t>
            </w:r>
          </w:p>
        </w:tc>
        <w:tc>
          <w:tcPr>
            <w:tcW w:type="dxa" w:w="3162"/>
            <w:tcBorders>
              <w:start w:sz="4.800000000000011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Признаки лета. Человек и </w:t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природа.</w:t>
            </w:r>
          </w:p>
        </w:tc>
        <w:tc>
          <w:tcPr>
            <w:tcW w:type="dxa" w:w="724"/>
            <w:tcBorders>
              <w:start w:sz="4.800000000000182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9545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6"/>
            <w:tcBorders>
              <w:start w:sz="4.799999999999727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20"/>
            <w:tcBorders>
              <w:start w:sz="4.799999999999727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05.05.2023</w:t>
            </w:r>
          </w:p>
        </w:tc>
        <w:tc>
          <w:tcPr>
            <w:tcW w:type="dxa" w:w="1802"/>
            <w:tcBorders>
              <w:start w:sz="4.799999999999727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556" w:bottom="656" w:left="664" w:header="720" w:footer="720" w:gutter="0"/>
          <w:cols w:space="720" w:num="1" w:equalWidth="0">
            <w:col w:w="10680" w:space="0"/>
            <w:col w:w="10680" w:space="0"/>
            <w:col w:w="10680" w:space="0"/>
            <w:col w:w="10680" w:space="0"/>
            <w:col w:w="10680" w:space="0"/>
            <w:col w:w="10680" w:space="0"/>
            <w:col w:w="10680" w:space="0"/>
            <w:col w:w="15534" w:space="0"/>
            <w:col w:w="15534" w:space="0"/>
            <w:col w:w="15534" w:space="0"/>
            <w:col w:w="9974" w:space="0"/>
            <w:col w:w="10584" w:space="0"/>
            <w:col w:w="10264" w:space="0"/>
            <w:col w:w="10584" w:space="0"/>
            <w:col w:w="10586" w:space="0"/>
            <w:col w:w="10258" w:space="0"/>
            <w:col w:w="10584" w:space="0"/>
            <w:col w:w="10468" w:space="0"/>
            <w:col w:w="10584" w:space="0"/>
            <w:col w:w="9020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5.999999999999943" w:type="dxa"/>
      </w:tblPr>
      <w:tblGrid>
        <w:gridCol w:w="1526"/>
        <w:gridCol w:w="1526"/>
        <w:gridCol w:w="1526"/>
        <w:gridCol w:w="1526"/>
        <w:gridCol w:w="1526"/>
        <w:gridCol w:w="1526"/>
        <w:gridCol w:w="1526"/>
      </w:tblGrid>
      <w:tr>
        <w:trPr>
          <w:trHeight w:hRule="exact" w:val="818"/>
        </w:trPr>
        <w:tc>
          <w:tcPr>
            <w:tcW w:type="dxa" w:w="498"/>
            <w:tcBorders>
              <w:start w:sz="4.7999999999999545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0" w:right="0" w:firstLine="0"/>
              <w:jc w:val="center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64.</w:t>
            </w:r>
          </w:p>
        </w:tc>
        <w:tc>
          <w:tcPr>
            <w:tcW w:type="dxa" w:w="3162"/>
            <w:tcBorders>
              <w:start w:sz="4.800000000000011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2" w:right="144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Правила поведения на улице </w:t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Правила безопасной жизни.</w:t>
            </w:r>
          </w:p>
        </w:tc>
        <w:tc>
          <w:tcPr>
            <w:tcW w:type="dxa" w:w="724"/>
            <w:tcBorders>
              <w:start w:sz="4.800000000000182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9545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2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0" w:right="0" w:firstLine="0"/>
              <w:jc w:val="center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11.05.2023</w:t>
            </w:r>
          </w:p>
        </w:tc>
        <w:tc>
          <w:tcPr>
            <w:tcW w:type="dxa" w:w="1802"/>
            <w:tcBorders>
              <w:start w:sz="4.799999999999727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0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опрос;</w:t>
            </w:r>
          </w:p>
        </w:tc>
      </w:tr>
      <w:tr>
        <w:trPr>
          <w:trHeight w:hRule="exact" w:val="816"/>
        </w:trPr>
        <w:tc>
          <w:tcPr>
            <w:tcW w:type="dxa" w:w="498"/>
            <w:tcBorders>
              <w:start w:sz="4.7999999999999545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center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65.</w:t>
            </w:r>
          </w:p>
        </w:tc>
        <w:tc>
          <w:tcPr>
            <w:tcW w:type="dxa" w:w="316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Итоговая проверочная работа </w:t>
            </w:r>
          </w:p>
        </w:tc>
        <w:tc>
          <w:tcPr>
            <w:tcW w:type="dxa" w:w="724"/>
            <w:tcBorders>
              <w:start w:sz="4.800000000000182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9545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center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12.05.2023</w:t>
            </w:r>
          </w:p>
        </w:tc>
        <w:tc>
          <w:tcPr>
            <w:tcW w:type="dxa" w:w="1802"/>
            <w:tcBorders>
              <w:start w:sz="4.799999999999727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54" w:val="left"/>
              </w:tabs>
              <w:autoSpaceDE w:val="0"/>
              <w:widowControl/>
              <w:spacing w:line="262" w:lineRule="auto" w:before="96" w:after="0"/>
              <w:ind w:left="0" w:right="288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Контрольная </w:t>
            </w:r>
            <w:r>
              <w:tab/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18"/>
        </w:trPr>
        <w:tc>
          <w:tcPr>
            <w:tcW w:type="dxa" w:w="498"/>
            <w:tcBorders>
              <w:start w:sz="4.7999999999999545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66.</w:t>
            </w:r>
          </w:p>
        </w:tc>
        <w:tc>
          <w:tcPr>
            <w:tcW w:type="dxa" w:w="316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Правила поведения в лесу </w:t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Человек и природа</w:t>
            </w:r>
          </w:p>
        </w:tc>
        <w:tc>
          <w:tcPr>
            <w:tcW w:type="dxa" w:w="724"/>
            <w:tcBorders>
              <w:start w:sz="4.800000000000182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9545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18.05.2023</w:t>
            </w:r>
          </w:p>
        </w:tc>
        <w:tc>
          <w:tcPr>
            <w:tcW w:type="dxa" w:w="1802"/>
            <w:tcBorders>
              <w:start w:sz="4.799999999999727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опрос;</w:t>
            </w:r>
          </w:p>
        </w:tc>
      </w:tr>
      <w:tr>
        <w:trPr>
          <w:trHeight w:hRule="exact" w:val="798"/>
        </w:trPr>
        <w:tc>
          <w:tcPr>
            <w:tcW w:type="dxa" w:w="3660"/>
            <w:gridSpan w:val="2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2" w:right="144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ОБЩЕЕ КОЛИЧЕСТВО ЧАСОВ </w:t>
            </w: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 ПРОГРАММЕ</w:t>
            </w:r>
          </w:p>
        </w:tc>
        <w:tc>
          <w:tcPr>
            <w:tcW w:type="dxa" w:w="724"/>
            <w:tcBorders>
              <w:start w:sz="4.800000000000182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66</w:t>
            </w:r>
          </w:p>
        </w:tc>
        <w:tc>
          <w:tcPr>
            <w:tcW w:type="dxa" w:w="1598"/>
            <w:tcBorders>
              <w:start w:sz="4.7999999999999545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70594342549643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3022"/>
            <w:gridSpan w:val="2"/>
            <w:tcBorders>
              <w:start w:sz="4.799999999999727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556" w:bottom="1440" w:left="664" w:header="720" w:footer="720" w:gutter="0"/>
          <w:cols w:space="720" w:num="1" w:equalWidth="0">
            <w:col w:w="10680" w:space="0"/>
            <w:col w:w="10680" w:space="0"/>
            <w:col w:w="10680" w:space="0"/>
            <w:col w:w="10680" w:space="0"/>
            <w:col w:w="10680" w:space="0"/>
            <w:col w:w="10680" w:space="0"/>
            <w:col w:w="10680" w:space="0"/>
            <w:col w:w="10680" w:space="0"/>
            <w:col w:w="15534" w:space="0"/>
            <w:col w:w="15534" w:space="0"/>
            <w:col w:w="15534" w:space="0"/>
            <w:col w:w="9974" w:space="0"/>
            <w:col w:w="10584" w:space="0"/>
            <w:col w:w="10264" w:space="0"/>
            <w:col w:w="10584" w:space="0"/>
            <w:col w:w="10586" w:space="0"/>
            <w:col w:w="10258" w:space="0"/>
            <w:col w:w="10584" w:space="0"/>
            <w:col w:w="10468" w:space="0"/>
            <w:col w:w="10584" w:space="0"/>
            <w:col w:w="9020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УЧЕБНО-МЕТОДИЧЕСКОЕ ОБЕСПЕЧЕНИЕ ОБРАЗОВАТЕЛЬНОГО ПРОЦЕССА </w:t>
      </w:r>
    </w:p>
    <w:p>
      <w:pPr>
        <w:autoSpaceDN w:val="0"/>
        <w:autoSpaceDE w:val="0"/>
        <w:widowControl/>
        <w:spacing w:line="230" w:lineRule="auto" w:before="346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ОБЯЗАТЕЛЬНЫЕ УЧЕБНЫЕ МАТЕРИАЛЫ ДЛЯ УЧЕНИКА</w:t>
      </w:r>
    </w:p>
    <w:p>
      <w:pPr>
        <w:autoSpaceDN w:val="0"/>
        <w:autoSpaceDE w:val="0"/>
        <w:widowControl/>
        <w:spacing w:line="271" w:lineRule="auto" w:before="166" w:after="0"/>
        <w:ind w:left="0" w:right="72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Окружающий мир (в 2 частях), 1 класс /Плешаков А.А., Акционерное общество «Издательство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«Просвещение»;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Введите свой вариант: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МЕТОДИЧЕСКИЕ МАТЕРИАЛЫ ДЛЯ УЧИТЕЛЯ</w:t>
      </w:r>
    </w:p>
    <w:p>
      <w:pPr>
        <w:autoSpaceDN w:val="0"/>
        <w:autoSpaceDE w:val="0"/>
        <w:widowControl/>
        <w:spacing w:line="262" w:lineRule="auto" w:before="166" w:after="0"/>
        <w:ind w:left="0" w:right="230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Поурочные разработки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Библиотека материалов для начальной школыhttp://www.nachalka.com/biblioteka</w:t>
      </w:r>
    </w:p>
    <w:p>
      <w:pPr>
        <w:autoSpaceDN w:val="0"/>
        <w:autoSpaceDE w:val="0"/>
        <w:widowControl/>
        <w:spacing w:line="230" w:lineRule="auto" w:before="264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ЦИФРОВЫЕ ОБРАЗОВАТЕЛЬНЫЕ РЕСУРСЫ И РЕСУРСЫ СЕТИ ИНТЕРНЕТ</w:t>
      </w:r>
    </w:p>
    <w:p>
      <w:pPr>
        <w:autoSpaceDN w:val="0"/>
        <w:autoSpaceDE w:val="0"/>
        <w:widowControl/>
        <w:spacing w:line="230" w:lineRule="auto" w:before="168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https://uchi.ru</w:t>
      </w:r>
    </w:p>
    <w:p>
      <w:pPr>
        <w:sectPr>
          <w:pgSz w:w="11900" w:h="16840"/>
          <w:pgMar w:top="298" w:right="650" w:bottom="1440" w:left="666" w:header="720" w:footer="720" w:gutter="0"/>
          <w:cols w:space="720" w:num="1" w:equalWidth="0">
            <w:col w:w="10584" w:space="0"/>
            <w:col w:w="10680" w:space="0"/>
            <w:col w:w="10680" w:space="0"/>
            <w:col w:w="10680" w:space="0"/>
            <w:col w:w="10680" w:space="0"/>
            <w:col w:w="10680" w:space="0"/>
            <w:col w:w="10680" w:space="0"/>
            <w:col w:w="10680" w:space="0"/>
            <w:col w:w="10680" w:space="0"/>
            <w:col w:w="15534" w:space="0"/>
            <w:col w:w="15534" w:space="0"/>
            <w:col w:w="15534" w:space="0"/>
            <w:col w:w="9974" w:space="0"/>
            <w:col w:w="10584" w:space="0"/>
            <w:col w:w="10264" w:space="0"/>
            <w:col w:w="10584" w:space="0"/>
            <w:col w:w="10586" w:space="0"/>
            <w:col w:w="10258" w:space="0"/>
            <w:col w:w="10584" w:space="0"/>
            <w:col w:w="10468" w:space="0"/>
            <w:col w:w="10584" w:space="0"/>
            <w:col w:w="9020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МАТЕРИАЛЬНО-ТЕХНИЧЕСКОЕ ОБЕСПЕЧЕНИЕ ОБРАЗОВАТЕЛЬНОГО ПРОЦЕССА</w:t>
      </w:r>
    </w:p>
    <w:p>
      <w:pPr>
        <w:autoSpaceDN w:val="0"/>
        <w:autoSpaceDE w:val="0"/>
        <w:widowControl/>
        <w:spacing w:line="302" w:lineRule="auto" w:before="346" w:after="0"/>
        <w:ind w:left="0" w:right="2448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УЧЕБНОЕ ОБОРУДОВАНИЕ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Учебный плакат "Живая и неживая природа" Мультимедийный компьютер. ...</w:t>
      </w:r>
    </w:p>
    <w:p>
      <w:pPr>
        <w:autoSpaceDN w:val="0"/>
        <w:autoSpaceDE w:val="0"/>
        <w:widowControl/>
        <w:spacing w:line="300" w:lineRule="auto" w:before="262" w:after="0"/>
        <w:ind w:left="0" w:right="72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ОБОРУДОВАНИЕ ДЛЯ ПРОВЕДЕНИЯ ЛАБОРАТОРНЫХ, ПРАКТИЧЕСКИХ РАБОТ,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ДЕМОНСТРАЦИЙ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Термометр, Гербарий. ...</w:t>
      </w:r>
    </w:p>
    <w:p>
      <w:pPr>
        <w:sectPr>
          <w:pgSz w:w="11900" w:h="16840"/>
          <w:pgMar w:top="298" w:right="650" w:bottom="1440" w:left="666" w:header="720" w:footer="720" w:gutter="0"/>
          <w:cols w:space="720" w:num="1" w:equalWidth="0">
            <w:col w:w="10584" w:space="0"/>
            <w:col w:w="10584" w:space="0"/>
            <w:col w:w="10680" w:space="0"/>
            <w:col w:w="10680" w:space="0"/>
            <w:col w:w="10680" w:space="0"/>
            <w:col w:w="10680" w:space="0"/>
            <w:col w:w="10680" w:space="0"/>
            <w:col w:w="10680" w:space="0"/>
            <w:col w:w="10680" w:space="0"/>
            <w:col w:w="10680" w:space="0"/>
            <w:col w:w="15534" w:space="0"/>
            <w:col w:w="15534" w:space="0"/>
            <w:col w:w="15534" w:space="0"/>
            <w:col w:w="9974" w:space="0"/>
            <w:col w:w="10584" w:space="0"/>
            <w:col w:w="10264" w:space="0"/>
            <w:col w:w="10584" w:space="0"/>
            <w:col w:w="10586" w:space="0"/>
            <w:col w:w="10258" w:space="0"/>
            <w:col w:w="10584" w:space="0"/>
            <w:col w:w="10468" w:space="0"/>
            <w:col w:w="10584" w:space="0"/>
            <w:col w:w="9020" w:space="0"/>
            <w:col w:w="10282" w:space="0"/>
          </w:cols>
          <w:docGrid w:linePitch="360"/>
        </w:sectPr>
      </w:pPr>
    </w:p>
    <w:sectPr w:rsidR="00FC693F" w:rsidRPr="0006063C" w:rsidSect="00034616">
      <w:pgSz w:w="11900" w:h="16840"/>
      <w:pgMar w:top="1440" w:right="1440" w:bottom="1440" w:left="1440" w:header="720" w:footer="720" w:gutter="0"/>
      <w:cols w:space="720" w:num="1" w:equalWidth="0">
        <w:col w:w="10584" w:space="0"/>
        <w:col w:w="10584" w:space="0"/>
        <w:col w:w="10680" w:space="0"/>
        <w:col w:w="10680" w:space="0"/>
        <w:col w:w="10680" w:space="0"/>
        <w:col w:w="10680" w:space="0"/>
        <w:col w:w="10680" w:space="0"/>
        <w:col w:w="10680" w:space="0"/>
        <w:col w:w="10680" w:space="0"/>
        <w:col w:w="10680" w:space="0"/>
        <w:col w:w="15534" w:space="0"/>
        <w:col w:w="15534" w:space="0"/>
        <w:col w:w="15534" w:space="0"/>
        <w:col w:w="9974" w:space="0"/>
        <w:col w:w="10584" w:space="0"/>
        <w:col w:w="10264" w:space="0"/>
        <w:col w:w="10584" w:space="0"/>
        <w:col w:w="10586" w:space="0"/>
        <w:col w:w="10258" w:space="0"/>
        <w:col w:w="10584" w:space="0"/>
        <w:col w:w="10468" w:space="0"/>
        <w:col w:w="10584" w:space="0"/>
        <w:col w:w="9020" w:space="0"/>
        <w:col w:w="10282" w:space="0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