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"Кизилюртовский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45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"Шушановская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27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</w:t>
            </w:r>
          </w:p>
        </w:tc>
        <w:tc>
          <w:tcPr>
            <w:tcW w:type="dxa" w:w="36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Султанова З.Х</w:t>
            </w:r>
          </w:p>
        </w:tc>
        <w:tc>
          <w:tcPr>
            <w:tcW w:type="dxa" w:w="29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Джамавов Д.Н</w:t>
            </w:r>
          </w:p>
        </w:tc>
      </w:tr>
      <w:tr>
        <w:trPr>
          <w:trHeight w:hRule="exact" w:val="116"/>
        </w:trPr>
        <w:tc>
          <w:tcPr>
            <w:tcW w:type="dxa" w:w="302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Амирханова И.Д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  <w:tr>
        <w:trPr>
          <w:trHeight w:hRule="exact" w:val="304"/>
        </w:trPr>
        <w:tc>
          <w:tcPr>
            <w:tcW w:type="dxa" w:w="3427"/>
            <w:vMerge/>
            <w:tcBorders/>
          </w:tcPr>
          <w:p/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6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  2022 г.</w:t>
            </w:r>
          </w:p>
        </w:tc>
        <w:tc>
          <w:tcPr>
            <w:tcW w:type="dxa" w:w="29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</w:tr>
      <w:tr>
        <w:trPr>
          <w:trHeight w:hRule="exact" w:val="38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2958233)</w:t>
      </w:r>
    </w:p>
    <w:p>
      <w:pPr>
        <w:autoSpaceDN w:val="0"/>
        <w:autoSpaceDE w:val="0"/>
        <w:widowControl/>
        <w:spacing w:line="230" w:lineRule="auto" w:before="166" w:after="0"/>
        <w:ind w:left="0" w:right="40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4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«Математика»</w:t>
      </w:r>
    </w:p>
    <w:p>
      <w:pPr>
        <w:autoSpaceDN w:val="0"/>
        <w:autoSpaceDE w:val="0"/>
        <w:widowControl/>
        <w:spacing w:line="230" w:lineRule="auto" w:before="670" w:after="0"/>
        <w:ind w:left="0" w:right="26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Магомедова Пирдаус Алиевна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sectPr>
          <w:pgSz w:w="11900" w:h="16840"/>
          <w:pgMar w:top="298" w:right="880" w:bottom="1440" w:left="738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9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2022 2023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«Математика» для обучающихся 1 класса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Примерной программы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начальной школе изучение математики имеет особое значение в развитии младшего школьника.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Приобретённые им знания, опыт выполнения предметных и универсальных действий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математическом материале, первоначальное овладение математическим языком станут фундаментом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обучения в основном звене школы, а также будут 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начальной школе направлено на достижение следующих образовательных,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развивающих целей, а также целей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начальных математических знаний - понимание значения величин и способов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измерения; использование арифметических способов для разрешения сюжетных ситуаций;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решать учебные и практические задачи средствами математики; работа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алгоритмами выполнения арифметических действий.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функциональной математической грамотности младшего школьника, которая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характеризуется наличием у него опыта решения учебно-познавательных и учебно-практических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задач, построенных на понимании и применении математических отношений («часть-целое»,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«больше-меньше», «равно-неравно», «порядок»), смысла арифметических действий,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(работа, движение, продолжительность события).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Обеспечение математического развития младшего школьника - формирование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интеллектуальной деятельности, пространственного воображения, математической речи; умение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рассуждения, выбирать аргументацию,  различать верные (истинные) и неверные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(ложные) утверждения, вести поиск информации (примеров, оснований для упорядочения,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вариантов и др.).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учебно-познавательных мотивов и интереса к изучению математики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умственному труду; важнейших качеств интеллектуальной деятельности: теоретического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пространственного мышления, воображения, математической речи, ориентировки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 терминах и понятиях; прочных  навыков использования математических знаний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повседневной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0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конструирования содержания и отбора планируемых результатов лежат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ценности математики, коррелирующие со становлением личности младшего школьника: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математических отношений выступает средством познания закономерностей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существования   окружающего мира, фактов, процессов  и  явлений,  происходящих  в  природе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(хронология событий, протяжённость по времени, образование целого из частей,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изменение формы, размера и т.д.); </w:t>
      </w:r>
    </w:p>
    <w:p>
      <w:pPr>
        <w:autoSpaceDN w:val="0"/>
        <w:autoSpaceDE w:val="0"/>
        <w:widowControl/>
        <w:spacing w:line="271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математические представления о числах, величинах, геометрических фигурах являются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условием целостного восприятия творений природы и человека (памятники архитектуры,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сокровища искусства и культуры, объекты природы); 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владение математическим языком, элементами алгоритмического мышления позволяет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ученику совершенствовать коммуникативную деятельность (аргументировать свою точку зрения,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логические цепочки рассуждений; опровергать или подтверждать истинность</w:t>
      </w:r>
    </w:p>
    <w:p>
      <w:pPr>
        <w:sectPr>
          <w:pgSz w:w="11900" w:h="16840"/>
          <w:pgMar w:top="298" w:right="634" w:bottom="320" w:left="666" w:header="720" w:footer="720" w:gutter="0"/>
          <w:cols w:space="720" w:num="1" w:equalWidth="0"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предположения).</w:t>
      </w:r>
    </w:p>
    <w:p>
      <w:pPr>
        <w:autoSpaceDN w:val="0"/>
        <w:autoSpaceDE w:val="0"/>
        <w:widowControl/>
        <w:spacing w:line="281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Младшие школьники проявляют интерес к математической сущности предметов и 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жизни - возможности их измерить, определить величину, форму, выявить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 закономерности  их  расположения  во  времени  и в пространстве. Осознанию младшим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школьником многих математических явлений помогает его тяга к моделированию, что облегчает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общего способа решения учебной задачи, а также работу с разными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в том числе и графическими (таблица, диаграмма, схема).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математические знания и умения применяются школьником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учебных предметов (количественные и пространственные характеристики, оценки, расчёты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прикидка, использование графических форм представления информации). Приобретённые учеником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 строить алгоритмы, выбирать рациональные способы устных и письменных арифметических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вычислений, приёмы проверки правильности выполнения действий, а также различение, 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 геометрических фигур, нахождение геометрических величин (длина, периметр,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площадь) становятся показателями сформированной функциональной грамотности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школьника и предпосылкой успешного дальнейшего обучения в основном звене школы.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математики в 1 классе отводится 4 часа в неделю, всего 132 часа.</w:t>
      </w:r>
    </w:p>
    <w:p>
      <w:pPr>
        <w:sectPr>
          <w:pgSz w:w="11900" w:h="16840"/>
          <w:pgMar w:top="286" w:right="828" w:bottom="1440" w:left="666" w:header="720" w:footer="720" w:gutter="0"/>
          <w:cols w:space="720" w:num="1" w:equalWidth="0"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Основное содержание обучения в программе представлено разделами: «Числа и величины»,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«Арифметические действия», «Текстовые задачи», «Пространственные отношения и геометрические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фигуры», «Математическая информация».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Числа и величины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от 1 до 9: различение, чтение, запись. Единица счёта. Десяток. Счёт предметов, запись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цифрами. Число и цифра 0 при измерении, вычислении.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в пределах 20: чтение, запись, сравнение.  Однозначные и двузначные числа. Увеличение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(уменьшение) числа на несколько единиц.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Длина и её измерение. Единицы длины: сантиметр, дециметр; установление соотношения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Арифметические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Сложение и вычитание чисел в пределах 20. Названия компонентов действий, результатов действий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сложения, вычитания. Вычитание как действие, обратное сложению.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Текстовые задачи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Текстовая задача: структурные элементы, составление текстовой задачи по образцу. Зависимость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данными и искомой величиной в текстовой задаче. Решение задач в одно действие.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Пространственные отношения и геометрические фигуры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предметов и объектов на плоскости, в пространстве: слева/справа, сверху/снизу,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между; установление пространственных отношений.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Геометрические фигуры: распознавание круга, треугольника, прямоугольника, отрезка. Построение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отрезка, квадрата, треугольника с помощью линейки на листе в клетку; измерение длины отрезка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сантиметрах.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Математическая информация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 данных об объекте по образцу. Характеристики объекта, группы объектов (количество, форма,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размер). Группировка объектов по заданному признаку.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Закономерность в ряду заданных объектов: её обнаружение, продолжение ряда.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Верные (истинные) и неверные (ложные) предложения, составленные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набора математических объектов.</w:t>
      </w:r>
    </w:p>
    <w:p>
      <w:pPr>
        <w:autoSpaceDN w:val="0"/>
        <w:autoSpaceDE w:val="0"/>
        <w:widowControl/>
        <w:spacing w:line="27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таблицы (содержащей не более 4-х данных); извлечение данного из строки, столбца;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внесение одного-двух данных в таблицу. Чтение рисунка, схемы с одним-двумя числовыми данными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(значениями данных величин).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Двух-трёхшаговые инструкции, связанные с вычислением, измерением длины, изображением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геометрической фигуры.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учебные действия (пропедевтический уровень)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познавательные учебные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математические объекты (числа, величины) в окружающем мире;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обнаруживать общее и различное в записи арифметических действий;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назначение и необходимость использования величин в жизни;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действие измерительных приборов;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два объекта, два числа; распределять объекты на группы по заданному</w:t>
      </w:r>
    </w:p>
    <w:p>
      <w:pPr>
        <w:sectPr>
          <w:pgSz w:w="11900" w:h="16840"/>
          <w:pgMar w:top="298" w:right="650" w:bottom="416" w:left="666" w:header="720" w:footer="720" w:gutter="0"/>
          <w:cols w:space="720" w:num="1" w:equalWidth="0"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29" w:lineRule="auto" w:before="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основанию;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копировать изученные фигуры, рисовать от руки по собственному замыслу;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примеры чисел, геометрических фигур;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вести порядковый и количественный счет (соблюдать последовательность).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математические явления могут быть представлены с помощью разных средств: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текст, числовая запись, таблица, рисунок, схема;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таблицу, извлекать информацию, представленную в табличной форме.</w:t>
      </w:r>
    </w:p>
    <w:p>
      <w:pPr>
        <w:autoSpaceDN w:val="0"/>
        <w:autoSpaceDE w:val="0"/>
        <w:widowControl/>
        <w:spacing w:line="336" w:lineRule="auto" w:before="180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коммуникативные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(описывать) число, геометрическую фигуру, последовательность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нескольких чисел, записанных по порядку;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ход сравнения двух объектов; описывать своими словами сюжетную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и математическое отношение, представленное в задаче;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положение предмета в пространстве различать и использовать математические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предложения относительно заданного набора объектов.</w:t>
      </w:r>
    </w:p>
    <w:p>
      <w:pPr>
        <w:autoSpaceDN w:val="0"/>
        <w:autoSpaceDE w:val="0"/>
        <w:widowControl/>
        <w:spacing w:line="350" w:lineRule="auto" w:before="178" w:after="0"/>
        <w:ind w:left="240" w:right="576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регулятивные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принимать учебную задачу, удерживать её в процессе деятельности;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действовать в соответствии с предложенным образцом, инструкцией;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проверке результатов решения учебной задачи, с помощью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причину возникшей ошибки и трудности;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проверять правильность вычисления с помощью другого приёма выполнения действия.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парной работе с математическим материалом;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договариваться, считаться с мнением партнёра,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спокойно и мирно разрешать конфликты.</w:t>
      </w:r>
    </w:p>
    <w:p>
      <w:pPr>
        <w:sectPr>
          <w:pgSz w:w="11900" w:h="16840"/>
          <w:pgMar w:top="286" w:right="786" w:bottom="1440" w:left="846" w:header="720" w:footer="720" w:gutter="0"/>
          <w:cols w:space="720" w:num="1" w:equalWidth="0"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«Математика»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личностные результаты: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необходимость изучения математики для адаптации к жизненным ситуациям,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общей культуры человека;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развития способности мыслить, рассуждать, выдвигать предположения и доказывать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опровергать их;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совместной деятельности со сверстниками, проявлять 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лидировать, следовать указаниям, осознавать личную ответственность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объективно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навыки организации безопасного поведения в информационной среде;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математику для решения практических задач в повседневной жизни,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оказании помощи одноклассникам, детям младшего возраста, взрослым и пожилым людям;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работать в ситуациях, расширяющих опыт применения математических отношений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реальной жизни, повышающих интерес к интеллектуальному труду и уверенность своих силах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поставленных задач, умение преодолевать трудности;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практические и учебные ситуации с точки зрения возможности применения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 для рационального и эффективного решения учебных и жизненных проблем;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успехи в изучении математики, намечать пути устранения трудностей;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стремиться углублять свои математические знания и умения; пользоваться разнообразными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информационными средствами для решения предложенных и самостоятельно выбранных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проблем, задач.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 познавательные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связи и зависимости между математическими объектами (часть-целое;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причина-следствие; протяжённость);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базовые логические универсальные действия: сравнение, анализ, классификация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(группировка), обобщение;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приобретать практические графические и измерительные навыки для успешного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и житейских задач;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текстовую задачу, её решение в виде модели, схемы, арифметической записи,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 в соответствии с предложенной учебной проблемой.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sectPr>
          <w:pgSz w:w="11900" w:h="16840"/>
          <w:pgMar w:top="298" w:right="650" w:bottom="372" w:left="666" w:header="720" w:footer="720" w:gutter="0"/>
          <w:cols w:space="720" w:num="1" w:equalWidth="0"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способность ориентироваться в учебном материале разных разделов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адекватно использовать математическую терминологию: различать,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характеризовать, использовать для решения учебных и практических задач;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применять изученные методы познания (измерение, моделирование, перебор вариантов)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источниках информационной среды; </w:t>
      </w:r>
    </w:p>
    <w:p>
      <w:pPr>
        <w:autoSpaceDN w:val="0"/>
        <w:autoSpaceDE w:val="0"/>
        <w:widowControl/>
        <w:spacing w:line="262" w:lineRule="auto" w:before="192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диаграмму, другую модель);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информацию в заданной форме (дополнять таблицу, текст), формулировать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утверждение по образцу, в соответствии с требованиями учебной задачи;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правила, безопасно использовать предлагаемые электронные средства и источники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коммуникативные учебные действия:</w:t>
      </w:r>
    </w:p>
    <w:p>
      <w:pPr>
        <w:autoSpaceDN w:val="0"/>
        <w:autoSpaceDE w:val="0"/>
        <w:widowControl/>
        <w:spacing w:line="230" w:lineRule="auto" w:before="29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конструировать утверждения, проверять их истинность;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логическое рассуждение;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текст задания для объяснения способа и хода решения математической задачи;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ответ;</w:t>
      </w:r>
    </w:p>
    <w:p>
      <w:pPr>
        <w:autoSpaceDN w:val="0"/>
        <w:autoSpaceDE w:val="0"/>
        <w:widowControl/>
        <w:spacing w:line="262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процесс вычисления, построения, решения; объяснять полученный ответ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изученной терминологии;</w:t>
      </w:r>
    </w:p>
    <w:p>
      <w:pPr>
        <w:autoSpaceDN w:val="0"/>
        <w:autoSpaceDE w:val="0"/>
        <w:widowControl/>
        <w:spacing w:line="271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по обсуждению изученного материала — задавать вопросы,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суждения, оценивать выступления участников, приводить доказательства своей правоты,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этику общения;</w:t>
      </w:r>
    </w:p>
    <w:p>
      <w:pPr>
        <w:autoSpaceDN w:val="0"/>
        <w:autoSpaceDE w:val="0"/>
        <w:widowControl/>
        <w:spacing w:line="271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в соответствии с учебной задачей тексты разного вида - описание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геометрической фигуры), рассуждение (к примеру, при решении задачи), инструкция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длины отрезка);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алгоритмах: воспроизводить, дополнять, исправлять деформированные;</w:t>
      </w:r>
    </w:p>
    <w:p>
      <w:pPr>
        <w:autoSpaceDN w:val="0"/>
        <w:autoSpaceDE w:val="0"/>
        <w:widowControl/>
        <w:spacing w:line="262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по аналогии; . самостоятельно составлять тексты заданий, аналогичные типовым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регулятивные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этапы предстоящей работы, определять последовательность учебных действий;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безопасного использования электронных средств, предлагаемых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обучения.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деятельности, объективно оценивать их; </w:t>
      </w:r>
    </w:p>
    <w:p>
      <w:pPr>
        <w:sectPr>
          <w:pgSz w:w="11900" w:h="16840"/>
          <w:pgMar w:top="352" w:right="722" w:bottom="302" w:left="846" w:header="720" w:footer="720" w:gutter="0"/>
          <w:cols w:space="720" w:num="1" w:equalWidth="0"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44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и при необходимости корректировать способы действий;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работе, устанавливать их причины, вести поиск путей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ошибок.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Самооценка:</w:t>
      </w:r>
    </w:p>
    <w:p>
      <w:pPr>
        <w:autoSpaceDN w:val="0"/>
        <w:autoSpaceDE w:val="0"/>
        <w:widowControl/>
        <w:spacing w:line="27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предупреждения (формулирование вопросов, обращение к учебнику, дополнительным средствам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 том числе электронным);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рациональность своих действий, давать им качественную характеристику.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совместной деятельности: распределять работу между членами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(например, в случае решения задач, требующих перебора большого количества вариантов,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приведения примеров и контрпримеров);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согласовывать  мнения в ходе поиска доказательств, выбора рационального способа,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совместный контроль и оценку выполняемых действий, предвидеть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возможность возникновения ошибок и трудностей, предусматривать пути их предупреждения.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в 1 классе обучающийся научится: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записывать, сравнивать,  упорядочивать  числа  от  0 до 20;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пересчитывать различные объекты, устанавливать порядковый номер объекта;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числа, большие/меньшие данного числа на заданное число;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арифметические действия сложения и вычитания в пределах 20 (устно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письменно) без перехода через десяток; называть и различать компоненты действий сложения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(слагаемые, сумма) и вычитания (уменьшаемое, вычитаемое, разность);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решать текстовые задачи в одно действие на сложение и вычитание: выделять условие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(вопрос); </w:t>
      </w:r>
    </w:p>
    <w:p>
      <w:pPr>
        <w:autoSpaceDN w:val="0"/>
        <w:autoSpaceDE w:val="0"/>
        <w:widowControl/>
        <w:spacing w:line="262" w:lineRule="auto" w:before="192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по длине, устанавливая между ними соотношение длиннее/короче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(выше/ниже, шире/уже);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использовать единицу длины — сантиметр; измерять длину отрезка, чертить отрезок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заданной длины (в см); 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число и цифру; распознавать геометрические фигуры: круг, треугольник,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прямоугольник (квадрат), отрезок;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между объектами соотношения: слева/справа, дальше/ближе, между, перед/за,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над/под;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верные (истинные) и неверные (ложные) утверждения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набора объектов/предметов;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группировать объекты по заданному признаку; находить и называть закономерности в ряду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объектов повседневной жизни; </w:t>
      </w:r>
    </w:p>
    <w:p>
      <w:pPr>
        <w:sectPr>
          <w:pgSz w:w="11900" w:h="16840"/>
          <w:pgMar w:top="364" w:right="790" w:bottom="422" w:left="666" w:header="720" w:footer="720" w:gutter="0"/>
          <w:cols w:space="720" w:num="1" w:equalWidth="0"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строки и столбцы таблицы, вносить данное в таблицу, извлекать данное/данные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таблицы; 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два объекта (числа, геометрические фигуры); распределять объекты на две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заданному основанию.</w:t>
      </w:r>
    </w:p>
    <w:p>
      <w:pPr>
        <w:sectPr>
          <w:pgSz w:w="11900" w:h="16840"/>
          <w:pgMar w:top="328" w:right="730" w:bottom="1440" w:left="1086" w:header="720" w:footer="720" w:gutter="0"/>
          <w:cols w:space="720" w:num="1" w:equalWidth="0"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758"/>
            <w:vMerge w:val="restart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248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Числа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от 1 до 9: различение, чтение, запись.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Устная работа: счёт единицами в разном порядке, чтение, упорядочение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однозначных и двузначных чисел; счёт по 2, по 5;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Единица счёта. Десяток.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парах/ группах. Формулирование ответов на вопросы: «Сколько?»,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«Который по счёту?», «На сколько больше?», «На сколько меньше?», «Что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получится, если увеличить/уменьшить количество на 1, на 2?» —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образцу и самостоятельно;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Счёт предметов, запись результата цифрами.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запись по образцу и самостоятельно групп чисел, геометрических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фигур в заданном и самостоятельно установленном порядке;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Порядковый номер объекта при заданном порядке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счёта.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Словесное описание группы предметов, ряда чисел;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Сравнение чисел, сравнение групп предметов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количеству: больше, меньше, столько же.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Цифры; знаки сравнения, равенства, арифметических действий;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375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Число и цифра 0 при измерении, вычислении.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слух, установлением соответствия), числа и цифры, представлению чисел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в пределах 20: чтение, запись, сравнение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запись по образцу и самостоятельно групп чисел, геометрических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фигур в заданном и самостоятельно установленном порядке;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67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Однозначные и двузначные числа.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запись по образцу и самостоятельно групп чисел, геометрических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фигур в заданном и самостоятельно установленном порядке;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Увеличение (уменьшение) числа на несколько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Устная работа: счёт единицами в разном порядке, чтение, упорядочение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однозначных и двузначных чисел; счёт по 2, по 5;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415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Величины</w:t>
            </w:r>
          </w:p>
        </w:tc>
      </w:tr>
      <w:tr>
        <w:trPr>
          <w:trHeight w:hRule="exact" w:val="54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Длина и её измерение с помощью заданной мерки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 с приборами для измерения величин;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Сравнение без измерения: выше — ниже, шире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уже, длиннее — короче, старше — моложе,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тяжелее — легче.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Линейка как простейший инструмент измерения длины;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72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Единицы длины: сантиметр, дециметр;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установление соотношения между ними.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19.10.2022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Наблюдение действия измерительных приборов;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28"/>
        </w:trPr>
        <w:tc>
          <w:tcPr>
            <w:tcW w:type="dxa" w:w="415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70" w:left="666" w:header="720" w:footer="720" w:gutter="0"/>
          <w:cols w:space="720" w:num="1" w:equalWidth="0"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Арифметические действия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Сложение и вычитание чисел в пределах 20.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27.10.2022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 запись, чтение, приведение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примера (с помощью учителя или по образцу), иллюстрирующего смысл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арифметического 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Названия компонентов действий, результатов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действий сложения, вычитания. Знаки сложения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вычитания, названия компонентов действия.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Таблица сложения. Переместительное свойство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 суммы и разности,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переместительного свойства при нахождении суммы;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Вычитание как действие, обратное сложению.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22.11.2022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приёмов сложения, вычитания: нахождение значения суммы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разности на основе состава числа, с использованием числовой ленты,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частям и др.;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Неизвестное слагаемое.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29.11.2022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 запись, чтение, приведение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примера (с помощью учителя или по образцу), иллюстрирующего смысл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арифметического 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одинаковых слагаемых. Счёт по 2, по  3,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 5.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07.12.2022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 вычисления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материала, линейки, модели действия,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образцу; обнаружение общего и различного в записи арифметических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действий, одного и того же действия с разными числами;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Прибавление и вычитание нуля.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15.12.2022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 суммы и разности,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переместительного свойства при нахождении суммы;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75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и вычитание чисел без перехода и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переходом через десяток.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26.12.2022</w:t>
            </w:r>
          </w:p>
        </w:tc>
        <w:tc>
          <w:tcPr>
            <w:tcW w:type="dxa" w:w="524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 вычисления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материала, линейки, модели действия,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образцу; обнаружение общего и различного в записи арифметических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действий, одного и того же действия с разными числами;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Вычисление суммы, разности трёх чисел.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12.01.2023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 вычисления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материала, линейки, модели действия,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образцу; обнаружение общего и различного в записи арифметических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действий, одного и того же действия с разными числами;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415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Текстовые задачи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задача: структурные элементы,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составление текстовой задачи по  образцу.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18.01.2023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обсуждение: анализ реальной ситуации, представленной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рисунка, иллюстрации, текста, таблицы, схемы (описание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ситуации, что известно, что не известно; условие задачи, вопрос задачи);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Зависимость между данными и искомой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величиной в текстовой задаче.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24.01.2023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представлений о текстовых задачах, решаемых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действий сложения и вычитания («на сколько больше/меньше», «сколько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всего», «сколь-ко осталось»). Различение текста и текстовой задачи,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представленного в текстовой задаче;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2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Выбор и запись арифметического действия для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получения ответа на вопрос.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30.01.2023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Соотнесение текста задачи и её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24" w:left="666" w:header="720" w:footer="720" w:gutter="0"/>
          <w:cols w:space="720" w:num="1" w:equalWidth="0"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сюжетная задача в одно действие: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запись решения, ответа задачи.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02.02.2023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представлений о текстовых задачах, решаемых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действий сложения и вычитания («на сколько больше/меньше», «сколько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всего», «сколь-ко осталось»). Различение текста и текстовой задачи,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представленного в текстовой задаче;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Обнаружение недостающего элемента задачи,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дополнение текста задачи числовыми данными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(по  иллюстрации, смыслу задачи, её решению).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09.02.2023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Моделирование: описание словами и с помощью предметной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сюжетной ситуации и математическогоотношения. Иллюстрация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практической ситуации с использованием счётного материала. Решение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текстовой задачи с помощью раздаточного материала. Объяснение выбора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арифметического действия для решения, иллюстрация хода решения,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действия на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415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Пространственные отношения и  геометрические фигуры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Расположение предметов и  объектов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плоскости, в  пространстве: слева/справа,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сверху/снизу, между; установление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пространственных отношений.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16.02.2023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Распознавание и называние известных геометрических фигур, обнаружение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окружающем мире их моделей;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Распознавание объекта и его отражения.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21.02.2023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упражнения: «Угадай фигуру по описанию», «Расположи фигуры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заданном порядке», «Найди модели фигур в классе» и т. п.;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Геометрические фигуры: распознавание круга,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треугольника, прямоугольника, отрезка.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01.03.2023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изображения (узора, геометрической фигуры), называние элементов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узора, геометрической фигуры;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Построение отрезка, квадрата, треугольника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помощью линейки; измерение длины отрезка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сантиметрах.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08.03.2023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отрезка, ломаной, длины стороны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квадрата, сторон прямоугольника. Комментирование хода и результата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работы; установление соответствия результата и поставленного вопроса;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Длина стороны прямоугольника, квадрата,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13.03.2023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обсуждение свойств геометрических фигур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(прямоугольника и др.); сравнение геометрических фигур (по форме,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размеру); сравнение отрезков по длине;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прямоугольника, квадрата,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отрезка, ломаной, длины стороны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квадрата, сторон прямоугольника. Комментирование хода и результата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работы; установление соответствия результата и поставленного вопроса;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415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Математическая информация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Сбор данных об объекте по  образцу.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Характеристики объекта, группы объектов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(количество, форма, размер); выбор предметов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образцу (по  заданным признакам).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наблюдение: распознавание в окружающем мире ситуаций,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которые целесообразно сформулировать на языке математики и решить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математическими средствами;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75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Группировка объектов по  заданному признаку.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числами в окружающем мире, описание словами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наблюдаемых фактов, закономерностей;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Закономерность в ряду заданных объектов: её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обнаружение, продолжение ряда.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наглядностью — рисунками, содержащими математическую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информацию. Формулирование вопросов и ответов по рисунку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(иллюстрации, модели). Упорядочение математических объектов с опорой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рисунок, сюжетную ситуацию и пр.;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5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Верные (истинные) и  неверные (ложные)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предложения, составленные относительно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заданного набора математических объектов.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 относительно другого.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(«больше», «меньше», «равно»),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переместительное свойство сложения;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37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таблицы (содержащей не более четырёх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данных); извлечение данного из  строки, столбца;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внесение одного-двух данных в таблицу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 относительно другого.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(«больше», «меньше», «равно»),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переместительное свойство сложения;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375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рисунка, схемы 1—2 числовыми данными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(значениями данных величин).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поиск общих свойств групп предметов (цвет,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форма, величина, количество, назначение и др.). Таблица как способ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 информации, полученной из повседневной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(расписания, чеки, меню и т.д.);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37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Выполнение 1—3-шаговых инструкций,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связанных с вычислениями, измерением длины,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построением геометрических фигур.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25.04.2023</w:t>
            </w:r>
          </w:p>
        </w:tc>
        <w:tc>
          <w:tcPr>
            <w:tcW w:type="dxa" w:w="524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 относительно другого.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(«больше», «меньше», «равно»),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переместительное свойство сложения;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4154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154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082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15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574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Учебник математики.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математики в жизни людей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общества.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Счет предметов.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представления.Вверху.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Внизу. Слева. Справа.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Раньше. Позже. Сначала.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Потом.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Столько же. Больше.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Меньше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сколько больше?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сколько меньше?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сколько больше?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сколько меньше?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работа.Закрепление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пройденного материала.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 по теме.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от 1 до 10.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Нумерация. Много. Один.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2.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3.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Знаки «+» «-» «=»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4.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Длиннее, короче.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4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5.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от 1 до 5. Состав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5.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Точка. Кривая линия.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Прямая линия. Отрезок. Луч.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Ломаная линия.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Знаки «&gt;». «&lt;», «=».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Равенство. Неравенство.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Многоугольник.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6 и 7.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6 и 7.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8 и 9.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8 и 9.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10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Наши проекты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Сантиметр.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Увеличить на…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31.10.2022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4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0.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узнали. Чему научились.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Защита проектов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+1, -1.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+1+1, -1-1.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+2, -2.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Слагаемые. Сумма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12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Составление задач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сложение и вычитание.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вычитания по 2.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Присчитывание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отсчитывание по 2.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(уменьшение) числа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07.12.2022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+3, -3.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7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Прибавление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3.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Сравнение длин отрезков.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вычитания с числом 3.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Присчитывание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отсчитывание по 3.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первого десятка.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уменьшение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несколько единиц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уменьшение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несколько единиц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18.01.2023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вида± 4.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7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сколько больше?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вычитания с числом 4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Перестановка слагаемых.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Применение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переместительного свойства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для случаев вида 5,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6, 7, 8, 9.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Состав чисел в пределах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чисел в пределах 10.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знаний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между суммой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слагаемыми.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между суммой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слагаемыми.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Уменьшаемое, вычитаемое,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разность.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    приемов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вычислений вида    6 - ,8-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20.02.2023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приема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вычислений вида 8–   и 9- 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    приемов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вычислений вида    6 - ,8-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8–  и 9-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приема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вычислений вида 8–   и 9- 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10-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Килограмм.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Литр.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последовательность чисел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второго десятка.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Запись и чтение чисел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второго десятка.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15.03.2023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Запись и чтение чисел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второго десятка.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16.03.2023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Дециметр.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10+7, 10-7, 17-10.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10+7, 10-7, 17-10.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103. Странички для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 Что узнали. Чему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105. Проверочная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106. 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изученного.   Работа над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ошибками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Повторение.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решению задач в два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Повторение.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решению задач в два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 109. Составная задача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 110. Составная задача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111. Общий прием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Общий прием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Общий прием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114. Общий прием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Общий прием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Общий прием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10.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 117. Таблица сложения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 118. Таблица сложения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  <w:tab w:pos="816" w:val="left"/>
              </w:tabs>
              <w:autoSpaceDE w:val="0"/>
              <w:widowControl/>
              <w:spacing w:line="271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Общие приемы вычитания с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переходом через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120. Вычитание вида 11 –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 Вычитание вида 12 –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122. Вычитание вида 13 –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123. Вычитание вида 14 –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124. Вычитание вида 15 –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125. Контрольная работа.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 Работа над ошибками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 Вычитание вида 16 –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17 –, 18-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15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129. 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130. Странички для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Что узнали. Чему научились.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 132. Наши проекты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4478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82" w:lineRule="auto" w:before="346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Введите свой вариант: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ЛАБОРАТОРНЫХ И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020" w:space="0"/>
            <w:col w:w="102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0084" w:space="0"/>
        <w:col w:w="10444" w:space="0"/>
        <w:col w:w="10332" w:space="0"/>
        <w:col w:w="10584" w:space="0"/>
        <w:col w:w="10268" w:space="0"/>
        <w:col w:w="10584" w:space="0"/>
        <w:col w:w="10406" w:space="0"/>
        <w:col w:w="10600" w:space="0"/>
        <w:col w:w="9020" w:space="0"/>
        <w:col w:w="102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